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72F324F3" w:rsidR="00F4085D" w:rsidRPr="00597958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597958">
        <w:rPr>
          <w:b/>
          <w:bCs/>
          <w:sz w:val="40"/>
          <w:szCs w:val="40"/>
        </w:rPr>
        <w:t xml:space="preserve">RCPI </w:t>
      </w:r>
      <w:r w:rsidR="007C0991" w:rsidRPr="00597958">
        <w:rPr>
          <w:b/>
          <w:bCs/>
          <w:sz w:val="40"/>
          <w:szCs w:val="40"/>
        </w:rPr>
        <w:t xml:space="preserve">Higher Specialist </w:t>
      </w:r>
      <w:r w:rsidR="002D7D98" w:rsidRPr="00597958">
        <w:rPr>
          <w:b/>
          <w:bCs/>
          <w:sz w:val="40"/>
          <w:szCs w:val="40"/>
        </w:rPr>
        <w:t>Training</w:t>
      </w:r>
      <w:r w:rsidR="007C0991" w:rsidRPr="00597958">
        <w:rPr>
          <w:b/>
          <w:bCs/>
          <w:sz w:val="40"/>
          <w:szCs w:val="40"/>
        </w:rPr>
        <w:t>:</w:t>
      </w:r>
      <w:r w:rsidR="00F4085D" w:rsidRPr="00597958">
        <w:rPr>
          <w:b/>
          <w:bCs/>
          <w:sz w:val="40"/>
          <w:szCs w:val="40"/>
        </w:rPr>
        <w:t xml:space="preserve"> </w:t>
      </w:r>
      <w:r w:rsidR="00D15160">
        <w:rPr>
          <w:b/>
          <w:bCs/>
          <w:sz w:val="40"/>
          <w:szCs w:val="40"/>
        </w:rPr>
        <w:t>Nephrology</w:t>
      </w:r>
    </w:p>
    <w:p w14:paraId="609CAFC3" w14:textId="0E8919FD" w:rsidR="007C0991" w:rsidRPr="00597958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597958">
        <w:rPr>
          <w:b/>
          <w:bCs/>
          <w:sz w:val="48"/>
          <w:szCs w:val="48"/>
        </w:rPr>
        <w:t>Curriculum Vitae</w:t>
      </w:r>
    </w:p>
    <w:p w14:paraId="4C95BCCC" w14:textId="77777777" w:rsidR="007C0991" w:rsidRDefault="007C0991" w:rsidP="007C0991"/>
    <w:p w14:paraId="539A3128" w14:textId="77777777" w:rsidR="000822CC" w:rsidRPr="007C0991" w:rsidRDefault="000822CC" w:rsidP="007C0991"/>
    <w:p w14:paraId="6E5B97C0" w14:textId="59A16C94" w:rsidR="00214ECC" w:rsidRPr="00F4085D" w:rsidRDefault="003729FB" w:rsidP="001C17E4">
      <w:pPr>
        <w:pStyle w:val="Heading1"/>
      </w:pPr>
      <w:r w:rsidRPr="00F4085D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14:paraId="091518D3" w14:textId="77777777" w:rsidTr="001C17E4">
        <w:tc>
          <w:tcPr>
            <w:tcW w:w="1886" w:type="pct"/>
          </w:tcPr>
          <w:p w14:paraId="389B5775" w14:textId="2AE87A00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Full Name:</w:t>
            </w:r>
            <w:r w:rsidR="004D6768" w:rsidRPr="00597958">
              <w:rPr>
                <w:b/>
                <w:bCs/>
              </w:rPr>
              <w:t xml:space="preserve"> </w:t>
            </w:r>
          </w:p>
          <w:p w14:paraId="46EE3531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Content>
            <w:tc>
              <w:tcPr>
                <w:tcW w:w="3114" w:type="pct"/>
              </w:tcPr>
              <w:p w14:paraId="3B7B6D19" w14:textId="14E466E6" w:rsidR="009E4AEB" w:rsidRDefault="001C17E4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773EA148" w14:textId="77777777" w:rsidTr="001C17E4">
        <w:tc>
          <w:tcPr>
            <w:tcW w:w="1886" w:type="pct"/>
          </w:tcPr>
          <w:p w14:paraId="1A696EB3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Medical Council (IMC) Registration Number:</w:t>
            </w:r>
          </w:p>
          <w:p w14:paraId="096607BC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</w:tcPr>
              <w:p w14:paraId="2A4369CD" w14:textId="4DD25E0D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15160" w14:paraId="2289EEE9" w14:textId="77777777" w:rsidTr="001C17E4">
        <w:tc>
          <w:tcPr>
            <w:tcW w:w="1886" w:type="pct"/>
          </w:tcPr>
          <w:p w14:paraId="64DF5913" w14:textId="77777777" w:rsidR="00D15160" w:rsidRPr="00597958" w:rsidRDefault="00D15160" w:rsidP="00D1516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Current </w:t>
            </w:r>
            <w:r w:rsidRPr="00597958">
              <w:rPr>
                <w:b/>
                <w:bCs/>
              </w:rPr>
              <w:t>Post:</w:t>
            </w:r>
          </w:p>
          <w:p w14:paraId="11057932" w14:textId="77777777" w:rsidR="00D15160" w:rsidRPr="00597958" w:rsidRDefault="00D15160" w:rsidP="00D15160">
            <w:pPr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00EFE74F2D8745C0A1AFE793A758D0A0"/>
            </w:placeholder>
            <w:showingPlcHdr/>
          </w:sdtPr>
          <w:sdtContent>
            <w:tc>
              <w:tcPr>
                <w:tcW w:w="3114" w:type="pct"/>
              </w:tcPr>
              <w:p w14:paraId="1A073BB3" w14:textId="67692915" w:rsidR="00D15160" w:rsidRDefault="00D15160" w:rsidP="00D1516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55309A5" w14:textId="417B04D7" w:rsidR="009E4AEB" w:rsidRDefault="009E4AEB" w:rsidP="3FE541D5"/>
    <w:p w14:paraId="50627E4A" w14:textId="277579A8" w:rsidR="00597958" w:rsidRDefault="002931F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1FF9D674">
                <wp:simplePos x="0" y="0"/>
                <wp:positionH relativeFrom="margin">
                  <wp:align>right</wp:align>
                </wp:positionH>
                <wp:positionV relativeFrom="paragraph">
                  <wp:posOffset>2128272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46477506" w:rsidR="002931FF" w:rsidRPr="000822CC" w:rsidRDefault="000822CC" w:rsidP="000822C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67.6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CPzXMR&#10;3QAAAAgBAAAPAAAAAAAAAAAAAAAAAGgEAABkcnMvZG93bnJldi54bWxQSwUGAAAAAAQABADzAAAA&#10;cgUAAAAA&#10;">
                <v:textbox style="mso-fit-shape-to-text:t">
                  <w:txbxContent>
                    <w:p w14:paraId="0B7A552B" w14:textId="46477506" w:rsidR="002931FF" w:rsidRPr="000822CC" w:rsidRDefault="000822CC" w:rsidP="000822CC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>
        <w:br w:type="page"/>
      </w:r>
    </w:p>
    <w:p w14:paraId="6D66FB9F" w14:textId="77777777" w:rsidR="00D15160" w:rsidRDefault="00D15160" w:rsidP="00D15160">
      <w:pPr>
        <w:pStyle w:val="Heading1"/>
      </w:pPr>
      <w:r w:rsidRPr="00D15160">
        <w:lastRenderedPageBreak/>
        <w:t>Irish Medical Council Registration</w:t>
      </w:r>
    </w:p>
    <w:p w14:paraId="6AC02395" w14:textId="77777777" w:rsidR="00D15160" w:rsidRPr="00D15160" w:rsidRDefault="00D15160" w:rsidP="00D15160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48"/>
        <w:gridCol w:w="4055"/>
        <w:gridCol w:w="3237"/>
      </w:tblGrid>
      <w:tr w:rsidR="00D15160" w:rsidRPr="00D15160" w14:paraId="4222D4C0" w14:textId="77777777" w:rsidTr="00D15160">
        <w:trPr>
          <w:trHeight w:val="300"/>
        </w:trPr>
        <w:tc>
          <w:tcPr>
            <w:tcW w:w="10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C11E7B" w14:textId="77777777" w:rsidR="00D15160" w:rsidRPr="00D15160" w:rsidRDefault="00D15160" w:rsidP="00D15160">
            <w:pPr>
              <w:jc w:val="center"/>
              <w:rPr>
                <w:b/>
                <w:bCs/>
              </w:rPr>
            </w:pPr>
            <w:r w:rsidRPr="00D15160">
              <w:rPr>
                <w:b/>
                <w:bCs/>
              </w:rPr>
              <w:t>Year</w:t>
            </w:r>
          </w:p>
        </w:tc>
        <w:tc>
          <w:tcPr>
            <w:tcW w:w="21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BB205C" w14:textId="77777777" w:rsidR="00D15160" w:rsidRPr="00D15160" w:rsidRDefault="00D15160" w:rsidP="00D15160">
            <w:pPr>
              <w:jc w:val="center"/>
              <w:rPr>
                <w:b/>
                <w:bCs/>
              </w:rPr>
            </w:pPr>
            <w:r w:rsidRPr="00D15160">
              <w:rPr>
                <w:b/>
                <w:bCs/>
              </w:rPr>
              <w:t>Professional Body/Regulator</w:t>
            </w:r>
          </w:p>
        </w:tc>
        <w:tc>
          <w:tcPr>
            <w:tcW w:w="17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D554CA" w14:textId="77777777" w:rsidR="00D15160" w:rsidRPr="00D15160" w:rsidRDefault="00D15160" w:rsidP="00D15160">
            <w:pPr>
              <w:jc w:val="center"/>
              <w:rPr>
                <w:b/>
                <w:bCs/>
              </w:rPr>
            </w:pPr>
            <w:r w:rsidRPr="00D15160">
              <w:rPr>
                <w:b/>
                <w:bCs/>
              </w:rPr>
              <w:t>Good Standing Status</w:t>
            </w:r>
          </w:p>
        </w:tc>
      </w:tr>
      <w:tr w:rsidR="00D15160" w:rsidRPr="00D15160" w14:paraId="07339638" w14:textId="77777777" w:rsidTr="00D15160">
        <w:trPr>
          <w:trHeight w:val="120"/>
        </w:trPr>
        <w:tc>
          <w:tcPr>
            <w:tcW w:w="10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D489DE5" w14:textId="77777777" w:rsidR="00D15160" w:rsidRPr="00D15160" w:rsidRDefault="00D15160" w:rsidP="00D15160">
            <w:r w:rsidRPr="00D15160">
              <w:t xml:space="preserve"> </w:t>
            </w:r>
          </w:p>
        </w:tc>
        <w:tc>
          <w:tcPr>
            <w:tcW w:w="21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5DE335A" w14:textId="77777777" w:rsidR="00D15160" w:rsidRPr="00D15160" w:rsidRDefault="00D15160" w:rsidP="00D15160">
            <w:r w:rsidRPr="00D15160">
              <w:t xml:space="preserve"> </w:t>
            </w:r>
          </w:p>
        </w:tc>
        <w:tc>
          <w:tcPr>
            <w:tcW w:w="17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86509BD" w14:textId="77777777" w:rsidR="00D15160" w:rsidRPr="00D15160" w:rsidRDefault="00D15160" w:rsidP="00D15160">
            <w:r w:rsidRPr="00D15160">
              <w:t xml:space="preserve"> </w:t>
            </w:r>
          </w:p>
        </w:tc>
      </w:tr>
    </w:tbl>
    <w:p w14:paraId="73380D22" w14:textId="77777777" w:rsidR="00D15160" w:rsidRDefault="00D15160" w:rsidP="00D15160"/>
    <w:p w14:paraId="0F08FF1C" w14:textId="77777777" w:rsidR="000822CC" w:rsidRDefault="000822CC" w:rsidP="00D15160"/>
    <w:p w14:paraId="63F6142D" w14:textId="39685956" w:rsidR="00846BF0" w:rsidRPr="00846BF0" w:rsidRDefault="00846BF0" w:rsidP="00846BF0">
      <w:pPr>
        <w:pStyle w:val="Heading1"/>
      </w:pPr>
      <w:r w:rsidRPr="00846BF0">
        <w:t>Career Objective / Personal Statement</w:t>
      </w:r>
    </w:p>
    <w:p w14:paraId="7270FBE1" w14:textId="77777777" w:rsidR="00846BF0" w:rsidRDefault="00846BF0" w:rsidP="00846BF0">
      <w:pPr>
        <w:rPr>
          <w:b/>
          <w:bCs/>
        </w:rPr>
      </w:pPr>
      <w:r w:rsidRPr="00846BF0">
        <w:rPr>
          <w:b/>
          <w:bCs/>
        </w:rPr>
        <w:t>Brief statement (250 words) outlining your motivation for a career in medicine, chosen specialty, and career goals within the HSE.</w:t>
      </w:r>
    </w:p>
    <w:sdt>
      <w:sdtPr>
        <w:rPr>
          <w:b/>
          <w:bCs/>
        </w:rPr>
        <w:id w:val="-1539039204"/>
        <w:placeholder>
          <w:docPart w:val="8DBDFBC283534F4BBD2BA4F862ACB451"/>
        </w:placeholder>
        <w:showingPlcHdr/>
      </w:sdtPr>
      <w:sdtContent>
        <w:p w14:paraId="21497E6C" w14:textId="31D80EF5" w:rsidR="00846BF0" w:rsidRPr="00846BF0" w:rsidRDefault="00846BF0" w:rsidP="00846BF0">
          <w:pPr>
            <w:rPr>
              <w:b/>
              <w:bCs/>
            </w:rPr>
          </w:pPr>
          <w:r w:rsidRPr="00F10F93">
            <w:rPr>
              <w:rStyle w:val="PlaceholderText"/>
            </w:rPr>
            <w:t>Click or tap here to enter text.</w:t>
          </w:r>
        </w:p>
      </w:sdtContent>
    </w:sdt>
    <w:p w14:paraId="18146BAE" w14:textId="77777777" w:rsidR="00846BF0" w:rsidRDefault="00846BF0" w:rsidP="00846BF0"/>
    <w:p w14:paraId="246B452B" w14:textId="77777777" w:rsidR="000822CC" w:rsidRDefault="000822C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4EA4D424" w:rsidR="002D7D98" w:rsidRDefault="003729FB" w:rsidP="001C17E4">
      <w:pPr>
        <w:pStyle w:val="Heading1"/>
      </w:pPr>
      <w:r>
        <w:lastRenderedPageBreak/>
        <w:t>Medical Education &amp; Qualifications</w:t>
      </w:r>
      <w:r w:rsidR="002D7D98">
        <w:t xml:space="preserve"> – </w:t>
      </w:r>
      <w:r w:rsidR="00D15160">
        <w:t>i</w:t>
      </w:r>
      <w:r w:rsidR="002D7D98">
        <w:t xml:space="preserve">ncluding </w:t>
      </w:r>
      <w:r w:rsidR="00D15160" w:rsidRPr="00D15160">
        <w:t>Primary Degree, Postgraduate Degree, Memberships, Diplomas and Certificates</w:t>
      </w:r>
    </w:p>
    <w:p w14:paraId="71241A66" w14:textId="68A2E640" w:rsidR="00214ECC" w:rsidRDefault="003729FB">
      <w:r>
        <w:t>(Reverse chronological order)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F4085D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B16633" w:rsidRPr="00F4085D">
              <w:rPr>
                <w:b/>
                <w:bCs/>
              </w:rPr>
              <w:t xml:space="preserve"> </w:t>
            </w:r>
            <w:r w:rsidR="00F4085D" w:rsidRPr="00F4085D">
              <w:rPr>
                <w:b/>
                <w:bCs/>
              </w:rPr>
              <w:t>A</w:t>
            </w:r>
            <w:r w:rsidR="00B16633" w:rsidRPr="00F4085D">
              <w:rPr>
                <w:b/>
                <w:bCs/>
              </w:rPr>
              <w:t>ttached</w:t>
            </w:r>
          </w:p>
        </w:tc>
      </w:tr>
      <w:tr w:rsidR="002D7D98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Content>
            <w:tc>
              <w:tcPr>
                <w:tcW w:w="966" w:type="pct"/>
              </w:tcPr>
              <w:p w14:paraId="407904E6" w14:textId="7D7C9955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Content>
            <w:tc>
              <w:tcPr>
                <w:tcW w:w="959" w:type="pct"/>
              </w:tcPr>
              <w:p w14:paraId="7DBDB907" w14:textId="4C9AC59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Content>
            <w:tc>
              <w:tcPr>
                <w:tcW w:w="980" w:type="pct"/>
              </w:tcPr>
              <w:p w14:paraId="72703AB3" w14:textId="6E71EC0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Content>
            <w:tc>
              <w:tcPr>
                <w:tcW w:w="976" w:type="pct"/>
              </w:tcPr>
              <w:p w14:paraId="5688DA4A" w14:textId="6DDA52B4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Content>
            <w:tc>
              <w:tcPr>
                <w:tcW w:w="966" w:type="pct"/>
              </w:tcPr>
              <w:p w14:paraId="62C3AD32" w14:textId="6638C231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Content>
            <w:tc>
              <w:tcPr>
                <w:tcW w:w="959" w:type="pct"/>
              </w:tcPr>
              <w:p w14:paraId="07D82FA8" w14:textId="5BFD216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Content>
            <w:tc>
              <w:tcPr>
                <w:tcW w:w="980" w:type="pct"/>
              </w:tcPr>
              <w:p w14:paraId="0BA9075E" w14:textId="162F6E1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Content>
            <w:tc>
              <w:tcPr>
                <w:tcW w:w="976" w:type="pct"/>
              </w:tcPr>
              <w:p w14:paraId="6E8C51A0" w14:textId="061DBBD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Content>
            <w:tc>
              <w:tcPr>
                <w:tcW w:w="966" w:type="pct"/>
              </w:tcPr>
              <w:p w14:paraId="0E5CF259" w14:textId="2F2E8C43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Content>
            <w:tc>
              <w:tcPr>
                <w:tcW w:w="959" w:type="pct"/>
              </w:tcPr>
              <w:p w14:paraId="1EC9F948" w14:textId="05AC5BB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Content>
            <w:tc>
              <w:tcPr>
                <w:tcW w:w="980" w:type="pct"/>
              </w:tcPr>
              <w:p w14:paraId="456CF46E" w14:textId="0F54226E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Content>
            <w:tc>
              <w:tcPr>
                <w:tcW w:w="976" w:type="pct"/>
              </w:tcPr>
              <w:p w14:paraId="7FE9FF6A" w14:textId="3A9642D9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Content>
              <w:tr w:rsidR="002D7D98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69603CA0" w14:textId="31EEC6B0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2C02ADFA" w14:textId="10A0B363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7DD92037" w14:textId="133D9C3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0DB5DA5D" w14:textId="57818F0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Default="00B8038E" w:rsidP="00B8038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Default="00B8038E" w:rsidP="00B8038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Content>
              <w:tr w:rsidR="00C95D05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0395932B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1C3B9025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3415A5C5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3D855799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Default="00B8038E" w:rsidP="00B8038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Default="00B8038E" w:rsidP="00B8038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2DCA766C" w14:textId="77777777" w:rsidR="00846BF0" w:rsidRDefault="00846BF0" w:rsidP="00846BF0"/>
    <w:p w14:paraId="45EC413B" w14:textId="77777777" w:rsidR="00846BF0" w:rsidRDefault="00846BF0" w:rsidP="00846BF0"/>
    <w:p w14:paraId="2B2C7DC5" w14:textId="77777777" w:rsidR="00D15160" w:rsidRDefault="00D15160" w:rsidP="001C17E4">
      <w:pPr>
        <w:pStyle w:val="Heading1"/>
      </w:pPr>
      <w:r>
        <w:t>All Other</w:t>
      </w:r>
      <w:r w:rsidR="002D7D98">
        <w:t xml:space="preserve"> Professional Registrations</w:t>
      </w:r>
      <w:r w:rsidR="00F4085D">
        <w:t xml:space="preserve"> </w:t>
      </w:r>
    </w:p>
    <w:p w14:paraId="75B4FEB0" w14:textId="6ACF3B8D" w:rsidR="3FE541D5" w:rsidRDefault="2D96377B" w:rsidP="00D15160">
      <w:r>
        <w:t>(</w:t>
      </w:r>
      <w:proofErr w:type="gramStart"/>
      <w:r w:rsidR="00D15160">
        <w:t>Non IMC</w:t>
      </w:r>
      <w:proofErr w:type="gramEnd"/>
      <w:r w:rsidR="00D15160">
        <w:t xml:space="preserve"> Professional registrations: </w:t>
      </w:r>
      <w:r>
        <w:t xml:space="preserve">GMC, </w:t>
      </w:r>
      <w:proofErr w:type="spellStart"/>
      <w:r>
        <w:t>etc</w:t>
      </w:r>
      <w:proofErr w:type="spellEnd"/>
      <w:r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68"/>
        <w:gridCol w:w="2586"/>
        <w:gridCol w:w="2085"/>
        <w:gridCol w:w="2511"/>
      </w:tblGrid>
      <w:tr w:rsidR="00D15160" w:rsidRPr="00F4085D" w14:paraId="1972A308" w14:textId="77777777" w:rsidTr="00D15160">
        <w:tc>
          <w:tcPr>
            <w:tcW w:w="1159" w:type="pct"/>
            <w:vAlign w:val="center"/>
          </w:tcPr>
          <w:p w14:paraId="48D6EE85" w14:textId="52C3B1E7" w:rsidR="00D15160" w:rsidRPr="00F4085D" w:rsidRDefault="00D15160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Registration or Membership number</w:t>
            </w:r>
          </w:p>
        </w:tc>
        <w:tc>
          <w:tcPr>
            <w:tcW w:w="1383" w:type="pct"/>
            <w:vAlign w:val="center"/>
          </w:tcPr>
          <w:p w14:paraId="38FB6F70" w14:textId="64C19A9D" w:rsidR="00D15160" w:rsidRPr="00F4085D" w:rsidRDefault="00D15160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Professional Body/Regulator</w:t>
            </w:r>
          </w:p>
        </w:tc>
        <w:tc>
          <w:tcPr>
            <w:tcW w:w="1115" w:type="pct"/>
            <w:vAlign w:val="center"/>
          </w:tcPr>
          <w:p w14:paraId="6CAB59A6" w14:textId="7027AE7D" w:rsidR="00D15160" w:rsidRPr="00F4085D" w:rsidRDefault="00D15160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Good Standing Status</w:t>
            </w:r>
          </w:p>
        </w:tc>
        <w:tc>
          <w:tcPr>
            <w:tcW w:w="1343" w:type="pct"/>
            <w:vAlign w:val="center"/>
          </w:tcPr>
          <w:p w14:paraId="0662DADA" w14:textId="182D7738" w:rsidR="00D15160" w:rsidRPr="00F4085D" w:rsidRDefault="00D15160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</w:tr>
      <w:tr w:rsidR="00D15160" w14:paraId="41C6CEE2" w14:textId="77777777" w:rsidTr="00D15160">
        <w:sdt>
          <w:sdtPr>
            <w:id w:val="1041407279"/>
            <w:placeholder>
              <w:docPart w:val="E357DE90E5C84495903890F45F572BB4"/>
            </w:placeholder>
            <w:showingPlcHdr/>
          </w:sdtPr>
          <w:sdtContent>
            <w:tc>
              <w:tcPr>
                <w:tcW w:w="1159" w:type="pct"/>
              </w:tcPr>
              <w:p w14:paraId="4433956D" w14:textId="37C027FA" w:rsidR="00D15160" w:rsidRDefault="00D15160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95E4D4EE6CE3494392F89273BA22A710"/>
            </w:placeholder>
            <w:showingPlcHdr/>
          </w:sdtPr>
          <w:sdtContent>
            <w:tc>
              <w:tcPr>
                <w:tcW w:w="1383" w:type="pct"/>
              </w:tcPr>
              <w:p w14:paraId="4C3D30A3" w14:textId="7A36AFB5" w:rsidR="00D15160" w:rsidRDefault="00D15160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1898C9CAFC5D420E879FD99D9DF47313"/>
            </w:placeholder>
            <w:showingPlcHdr/>
          </w:sdtPr>
          <w:sdtContent>
            <w:tc>
              <w:tcPr>
                <w:tcW w:w="1115" w:type="pct"/>
              </w:tcPr>
              <w:p w14:paraId="4E8C2E90" w14:textId="2B1B9F91" w:rsidR="00D15160" w:rsidRDefault="00D15160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343" w:type="pct"/>
            <w:vAlign w:val="center"/>
          </w:tcPr>
          <w:p w14:paraId="1019818F" w14:textId="77777777" w:rsidR="00D15160" w:rsidRDefault="00D15160" w:rsidP="00597958">
            <w:pPr>
              <w:jc w:val="center"/>
            </w:pPr>
            <w:r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D15160" w:rsidRDefault="00D15160" w:rsidP="00597958">
            <w:pPr>
              <w:jc w:val="center"/>
            </w:pPr>
            <w:r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</w:tc>
      </w:tr>
      <w:tr w:rsidR="00D15160" w14:paraId="5CF6427D" w14:textId="77777777" w:rsidTr="00D15160">
        <w:sdt>
          <w:sdtPr>
            <w:id w:val="-797141339"/>
            <w:placeholder>
              <w:docPart w:val="479A59954FC243C5AE95F389C52E8A15"/>
            </w:placeholder>
            <w:showingPlcHdr/>
          </w:sdtPr>
          <w:sdtContent>
            <w:tc>
              <w:tcPr>
                <w:tcW w:w="1159" w:type="pct"/>
              </w:tcPr>
              <w:p w14:paraId="3BD3C74A" w14:textId="78FD0E16" w:rsidR="00D15160" w:rsidRDefault="00D15160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479A59954FC243C5AE95F389C52E8A15"/>
            </w:placeholder>
            <w:showingPlcHdr/>
          </w:sdtPr>
          <w:sdtContent>
            <w:tc>
              <w:tcPr>
                <w:tcW w:w="1383" w:type="pct"/>
              </w:tcPr>
              <w:p w14:paraId="46914337" w14:textId="7B0FA28C" w:rsidR="00D15160" w:rsidRDefault="009A70F2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479A59954FC243C5AE95F389C52E8A15"/>
            </w:placeholder>
            <w:showingPlcHdr/>
          </w:sdtPr>
          <w:sdtContent>
            <w:tc>
              <w:tcPr>
                <w:tcW w:w="1115" w:type="pct"/>
              </w:tcPr>
              <w:p w14:paraId="4DCC6CF2" w14:textId="6A1615E9" w:rsidR="00D15160" w:rsidRDefault="009A70F2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343" w:type="pct"/>
            <w:vAlign w:val="center"/>
          </w:tcPr>
          <w:p w14:paraId="18A6E352" w14:textId="77777777" w:rsidR="00D15160" w:rsidRDefault="00D15160" w:rsidP="001B2E81">
            <w:pPr>
              <w:jc w:val="center"/>
            </w:pPr>
            <w:r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D15160" w:rsidRDefault="00D15160" w:rsidP="001B2E81">
            <w:pPr>
              <w:jc w:val="center"/>
            </w:pPr>
            <w:r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D15160" w14:paraId="4F6A290C" w14:textId="77777777" w:rsidTr="00D15160">
        <w:sdt>
          <w:sdtPr>
            <w:id w:val="896020294"/>
            <w:placeholder>
              <w:docPart w:val="8960026625B44F3A8F3293627A074977"/>
            </w:placeholder>
            <w:showingPlcHdr/>
          </w:sdtPr>
          <w:sdtContent>
            <w:tc>
              <w:tcPr>
                <w:tcW w:w="1159" w:type="pct"/>
              </w:tcPr>
              <w:p w14:paraId="13F2E67B" w14:textId="74FF8FF8" w:rsidR="00D15160" w:rsidRDefault="00D15160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8960026625B44F3A8F3293627A074977"/>
            </w:placeholder>
            <w:showingPlcHdr/>
          </w:sdtPr>
          <w:sdtContent>
            <w:tc>
              <w:tcPr>
                <w:tcW w:w="1383" w:type="pct"/>
              </w:tcPr>
              <w:p w14:paraId="6880ABF6" w14:textId="03202BA5" w:rsidR="00D15160" w:rsidRDefault="009A70F2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8960026625B44F3A8F3293627A074977"/>
            </w:placeholder>
            <w:showingPlcHdr/>
          </w:sdtPr>
          <w:sdtContent>
            <w:tc>
              <w:tcPr>
                <w:tcW w:w="1115" w:type="pct"/>
              </w:tcPr>
              <w:p w14:paraId="2B51EDCF" w14:textId="6E1FCB68" w:rsidR="00D15160" w:rsidRDefault="009A70F2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343" w:type="pct"/>
            <w:vAlign w:val="center"/>
          </w:tcPr>
          <w:p w14:paraId="651296AA" w14:textId="77777777" w:rsidR="00D15160" w:rsidRDefault="00D15160" w:rsidP="001B2E81">
            <w:pPr>
              <w:jc w:val="center"/>
            </w:pPr>
            <w:r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D15160" w:rsidRDefault="00D15160" w:rsidP="001B2E81">
            <w:pPr>
              <w:jc w:val="center"/>
            </w:pPr>
            <w:r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Content>
          <w:sdt>
            <w:sdtPr>
              <w:id w:val="-709956330"/>
              <w:placeholder>
                <w:docPart w:val="544025CA976E4DFE925F591236339CF2"/>
              </w:placeholder>
              <w15:repeatingSectionItem/>
            </w:sdtPr>
            <w:sdtContent>
              <w:tr w:rsidR="00D15160" w14:paraId="788C3D77" w14:textId="77777777" w:rsidTr="00D15160">
                <w:tc>
                  <w:tcPr>
                    <w:tcW w:w="1159" w:type="pct"/>
                  </w:tcPr>
                  <w:p w14:paraId="4B5AA7D5" w14:textId="0A9AA723" w:rsidR="00D15160" w:rsidRDefault="00000000" w:rsidP="00076DED">
                    <w:sdt>
                      <w:sdtPr>
                        <w:id w:val="-1958856168"/>
                        <w:placeholder>
                          <w:docPart w:val="53292318265E418CBFC736A93ED0CF7D"/>
                        </w:placeholder>
                        <w:showingPlcHdr/>
                      </w:sdtPr>
                      <w:sdtContent>
                        <w:r w:rsidR="00D15160"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p>
                </w:tc>
                <w:sdt>
                  <w:sdtPr>
                    <w:id w:val="-155542618"/>
                    <w:placeholder>
                      <w:docPart w:val="53292318265E418CBFC736A93ED0CF7D"/>
                    </w:placeholder>
                    <w:showingPlcHdr/>
                  </w:sdtPr>
                  <w:sdtContent>
                    <w:tc>
                      <w:tcPr>
                        <w:tcW w:w="1383" w:type="pct"/>
                      </w:tcPr>
                      <w:p w14:paraId="6FE57682" w14:textId="38FD8E3E" w:rsidR="00D15160" w:rsidRDefault="009A70F2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53292318265E418CBFC736A93ED0CF7D"/>
                    </w:placeholder>
                    <w:showingPlcHdr/>
                  </w:sdtPr>
                  <w:sdtContent>
                    <w:tc>
                      <w:tcPr>
                        <w:tcW w:w="1115" w:type="pct"/>
                      </w:tcPr>
                      <w:p w14:paraId="51005B27" w14:textId="68DBB2E9" w:rsidR="00D15160" w:rsidRDefault="009A70F2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343" w:type="pct"/>
                    <w:vAlign w:val="center"/>
                  </w:tcPr>
                  <w:p w14:paraId="68DBCCD3" w14:textId="77777777" w:rsidR="00D15160" w:rsidRDefault="00D15160" w:rsidP="001B2E81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6A0AA056" w:rsidR="00D15160" w:rsidRDefault="00D15160" w:rsidP="001B2E81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14AD253B" w14:textId="698EF005" w:rsidR="00214ECC" w:rsidRPr="000822CC" w:rsidRDefault="003729FB" w:rsidP="000822CC">
      <w:pPr>
        <w:pStyle w:val="Heading1"/>
      </w:pPr>
      <w:r>
        <w:lastRenderedPageBreak/>
        <w:t>Clinical Employment History</w:t>
      </w:r>
    </w:p>
    <w:p w14:paraId="5179FB9C" w14:textId="77777777" w:rsidR="00214ECC" w:rsidRDefault="003729FB">
      <w:r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14:paraId="2D16504D" w14:textId="77777777" w:rsidTr="00E70F08">
        <w:tc>
          <w:tcPr>
            <w:tcW w:w="9350" w:type="dxa"/>
            <w:gridSpan w:val="2"/>
          </w:tcPr>
          <w:p w14:paraId="57CB4B58" w14:textId="5AAB69E4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14:paraId="20EAB3EC" w14:textId="77777777" w:rsidTr="002E140B">
        <w:tc>
          <w:tcPr>
            <w:tcW w:w="2547" w:type="dxa"/>
          </w:tcPr>
          <w:p w14:paraId="4C1371F0" w14:textId="34F9C059" w:rsidR="00597958" w:rsidRPr="00D15160" w:rsidRDefault="00D15160">
            <w:pPr>
              <w:rPr>
                <w:b/>
                <w:bCs/>
              </w:rPr>
            </w:pPr>
            <w:r w:rsidRPr="00D15160">
              <w:rPr>
                <w:b/>
                <w:bCs/>
              </w:rPr>
              <w:t>Hospital</w:t>
            </w:r>
          </w:p>
        </w:tc>
        <w:sdt>
          <w:sdtPr>
            <w:id w:val="2106851960"/>
            <w:placeholder>
              <w:docPart w:val="4F5915EBF6CA4FF0A6AD89B4BE2ADE6B"/>
            </w:placeholder>
            <w:showingPlcHdr/>
          </w:sdtPr>
          <w:sdtContent>
            <w:tc>
              <w:tcPr>
                <w:tcW w:w="6803" w:type="dxa"/>
              </w:tcPr>
              <w:p w14:paraId="2106E778" w14:textId="7A24FD9F" w:rsidR="00597958" w:rsidRDefault="00D15160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14:paraId="6A2FA343" w14:textId="77777777" w:rsidTr="002E140B">
        <w:tc>
          <w:tcPr>
            <w:tcW w:w="2547" w:type="dxa"/>
          </w:tcPr>
          <w:p w14:paraId="05DA6982" w14:textId="7E7B564D" w:rsidR="00597958" w:rsidRDefault="00D15160">
            <w:r>
              <w:rPr>
                <w:b/>
                <w:bCs/>
              </w:rPr>
              <w:t>Dates of Employment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Content>
            <w:tc>
              <w:tcPr>
                <w:tcW w:w="6803" w:type="dxa"/>
              </w:tcPr>
              <w:p w14:paraId="270E49BD" w14:textId="7ED909CB" w:rsidR="00597958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B6D8532" w14:textId="77777777" w:rsidTr="002E140B">
        <w:tc>
          <w:tcPr>
            <w:tcW w:w="2547" w:type="dxa"/>
            <w:vAlign w:val="center"/>
          </w:tcPr>
          <w:p w14:paraId="1A6FF483" w14:textId="1BF9D8B0" w:rsidR="002E140B" w:rsidRDefault="002E140B" w:rsidP="002E140B">
            <w:r w:rsidRPr="00F4085D">
              <w:rPr>
                <w:b/>
                <w:bCs/>
              </w:rPr>
              <w:t xml:space="preserve">Specialty 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Content>
            <w:tc>
              <w:tcPr>
                <w:tcW w:w="6803" w:type="dxa"/>
              </w:tcPr>
              <w:p w14:paraId="54041384" w14:textId="42470ED5" w:rsidR="002E140B" w:rsidRDefault="002E140B" w:rsidP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6C92EE62" w:rsidR="002E140B" w:rsidRDefault="002E140B" w:rsidP="002E140B"/>
        </w:tc>
      </w:tr>
      <w:tr w:rsidR="00AF6DCC" w14:paraId="62433A31" w14:textId="77777777" w:rsidTr="00E70F08">
        <w:tc>
          <w:tcPr>
            <w:tcW w:w="9350" w:type="dxa"/>
            <w:gridSpan w:val="2"/>
          </w:tcPr>
          <w:p w14:paraId="2D2E3F68" w14:textId="75B4CB4E" w:rsidR="00AF6DCC" w:rsidRDefault="00AF6DCC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2009250639"/>
                <w:placeholder>
                  <w:docPart w:val="0A1336DCC7524474BB3A3305E388B72D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F6DCC" w14:paraId="33E8EE9B" w14:textId="77777777" w:rsidTr="002E140B">
        <w:tc>
          <w:tcPr>
            <w:tcW w:w="2547" w:type="dxa"/>
          </w:tcPr>
          <w:p w14:paraId="481C5998" w14:textId="77777777" w:rsidR="00AF6DCC" w:rsidRPr="00D15160" w:rsidRDefault="00AF6DCC">
            <w:pPr>
              <w:rPr>
                <w:b/>
                <w:bCs/>
              </w:rPr>
            </w:pPr>
            <w:r w:rsidRPr="00D15160">
              <w:rPr>
                <w:b/>
                <w:bCs/>
              </w:rPr>
              <w:t>Hospital</w:t>
            </w:r>
          </w:p>
        </w:tc>
        <w:sdt>
          <w:sdtPr>
            <w:id w:val="621727078"/>
            <w:placeholder>
              <w:docPart w:val="485AC5111F71478F8B918D49899D631A"/>
            </w:placeholder>
            <w:showingPlcHdr/>
          </w:sdtPr>
          <w:sdtContent>
            <w:tc>
              <w:tcPr>
                <w:tcW w:w="6803" w:type="dxa"/>
              </w:tcPr>
              <w:p w14:paraId="02A5F65D" w14:textId="77777777" w:rsidR="00AF6DCC" w:rsidRDefault="00AF6DCC" w:rsidP="005A5DAC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F6DCC" w14:paraId="5F280FB7" w14:textId="77777777" w:rsidTr="002E140B">
        <w:tc>
          <w:tcPr>
            <w:tcW w:w="2547" w:type="dxa"/>
          </w:tcPr>
          <w:p w14:paraId="0A167938" w14:textId="77777777" w:rsidR="00AF6DCC" w:rsidRDefault="00AF6DCC">
            <w:r>
              <w:rPr>
                <w:b/>
                <w:bCs/>
              </w:rPr>
              <w:t>Dates of Employment</w:t>
            </w:r>
          </w:p>
        </w:tc>
        <w:sdt>
          <w:sdtPr>
            <w:id w:val="766040319"/>
            <w:placeholder>
              <w:docPart w:val="93F2F0818A104EFEB515B57628C350B5"/>
            </w:placeholder>
            <w:showingPlcHdr/>
          </w:sdtPr>
          <w:sdtContent>
            <w:tc>
              <w:tcPr>
                <w:tcW w:w="6803" w:type="dxa"/>
              </w:tcPr>
              <w:p w14:paraId="1B3519B6" w14:textId="77777777" w:rsidR="00AF6DCC" w:rsidRDefault="00AF6DCC" w:rsidP="005A5DAC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F6DCC" w14:paraId="561CF79C" w14:textId="77777777" w:rsidTr="002E140B">
        <w:tc>
          <w:tcPr>
            <w:tcW w:w="2547" w:type="dxa"/>
            <w:vAlign w:val="center"/>
          </w:tcPr>
          <w:p w14:paraId="1EEFCCF4" w14:textId="77777777" w:rsidR="00AF6DCC" w:rsidRDefault="00AF6DCC" w:rsidP="002E140B">
            <w:r w:rsidRPr="00F4085D">
              <w:rPr>
                <w:b/>
                <w:bCs/>
              </w:rPr>
              <w:t xml:space="preserve">Specialty </w:t>
            </w:r>
          </w:p>
        </w:tc>
        <w:sdt>
          <w:sdtPr>
            <w:id w:val="311840527"/>
            <w:placeholder>
              <w:docPart w:val="77C3EC3620734AFE88DB392970609F86"/>
            </w:placeholder>
            <w:showingPlcHdr/>
          </w:sdtPr>
          <w:sdtContent>
            <w:tc>
              <w:tcPr>
                <w:tcW w:w="6803" w:type="dxa"/>
              </w:tcPr>
              <w:p w14:paraId="70966E93" w14:textId="77777777" w:rsidR="00AF6DCC" w:rsidRDefault="00AF6DCC" w:rsidP="005A5DAC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F6DCC" w14:paraId="2179E331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53FF67" w14:textId="43177373" w:rsidR="00AF6DCC" w:rsidRDefault="00AF6DCC" w:rsidP="002E140B"/>
        </w:tc>
      </w:tr>
      <w:tr w:rsidR="00AF6DCC" w14:paraId="5B5495D5" w14:textId="77777777" w:rsidTr="00E70F08">
        <w:tc>
          <w:tcPr>
            <w:tcW w:w="9350" w:type="dxa"/>
            <w:gridSpan w:val="2"/>
          </w:tcPr>
          <w:p w14:paraId="54765981" w14:textId="4A64E3E8" w:rsidR="00AF6DCC" w:rsidRDefault="00AF6DCC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491996933"/>
                <w:placeholder>
                  <w:docPart w:val="59B92F44A5874808BF693A8992740FFC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F6DCC" w14:paraId="41383F2F" w14:textId="77777777" w:rsidTr="002E140B">
        <w:tc>
          <w:tcPr>
            <w:tcW w:w="2547" w:type="dxa"/>
          </w:tcPr>
          <w:p w14:paraId="570502C4" w14:textId="77777777" w:rsidR="00AF6DCC" w:rsidRPr="00D15160" w:rsidRDefault="00AF6DCC">
            <w:pPr>
              <w:rPr>
                <w:b/>
                <w:bCs/>
              </w:rPr>
            </w:pPr>
            <w:r w:rsidRPr="00D15160">
              <w:rPr>
                <w:b/>
                <w:bCs/>
              </w:rPr>
              <w:t>Hospital</w:t>
            </w:r>
          </w:p>
        </w:tc>
        <w:sdt>
          <w:sdtPr>
            <w:id w:val="-582377643"/>
            <w:placeholder>
              <w:docPart w:val="2CFB8D7F40F342AFBF061A1834C158E5"/>
            </w:placeholder>
            <w:showingPlcHdr/>
          </w:sdtPr>
          <w:sdtContent>
            <w:tc>
              <w:tcPr>
                <w:tcW w:w="6803" w:type="dxa"/>
              </w:tcPr>
              <w:p w14:paraId="7647F2BD" w14:textId="77777777" w:rsidR="00AF6DCC" w:rsidRDefault="00AF6DCC" w:rsidP="005A5DAC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F6DCC" w14:paraId="54C49DFC" w14:textId="77777777" w:rsidTr="002E140B">
        <w:tc>
          <w:tcPr>
            <w:tcW w:w="2547" w:type="dxa"/>
          </w:tcPr>
          <w:p w14:paraId="25DCD81A" w14:textId="77777777" w:rsidR="00AF6DCC" w:rsidRDefault="00AF6DCC">
            <w:r>
              <w:rPr>
                <w:b/>
                <w:bCs/>
              </w:rPr>
              <w:t>Dates of Employment</w:t>
            </w:r>
          </w:p>
        </w:tc>
        <w:sdt>
          <w:sdtPr>
            <w:id w:val="-340165045"/>
            <w:placeholder>
              <w:docPart w:val="19D9CFA04C8240A1A670758FE6963C0A"/>
            </w:placeholder>
            <w:showingPlcHdr/>
          </w:sdtPr>
          <w:sdtContent>
            <w:tc>
              <w:tcPr>
                <w:tcW w:w="6803" w:type="dxa"/>
              </w:tcPr>
              <w:p w14:paraId="245B11BF" w14:textId="77777777" w:rsidR="00AF6DCC" w:rsidRDefault="00AF6DCC" w:rsidP="005A5DAC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F6DCC" w14:paraId="6EE5546D" w14:textId="77777777" w:rsidTr="002E140B">
        <w:tc>
          <w:tcPr>
            <w:tcW w:w="2547" w:type="dxa"/>
            <w:vAlign w:val="center"/>
          </w:tcPr>
          <w:p w14:paraId="15ED9EF9" w14:textId="77777777" w:rsidR="00AF6DCC" w:rsidRDefault="00AF6DCC" w:rsidP="002E140B">
            <w:r w:rsidRPr="00F4085D">
              <w:rPr>
                <w:b/>
                <w:bCs/>
              </w:rPr>
              <w:t xml:space="preserve">Specialty </w:t>
            </w:r>
          </w:p>
        </w:tc>
        <w:sdt>
          <w:sdtPr>
            <w:id w:val="1491981787"/>
            <w:placeholder>
              <w:docPart w:val="9D0FAF4B33F1480E808CBEA2BB0CCC26"/>
            </w:placeholder>
            <w:showingPlcHdr/>
          </w:sdtPr>
          <w:sdtContent>
            <w:tc>
              <w:tcPr>
                <w:tcW w:w="6803" w:type="dxa"/>
              </w:tcPr>
              <w:p w14:paraId="57F86270" w14:textId="77777777" w:rsidR="00AF6DCC" w:rsidRDefault="00AF6DCC" w:rsidP="005A5DAC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F6DCC" w14:paraId="5AF7B111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E4CF75" w14:textId="11216D25" w:rsidR="00AF6DCC" w:rsidRDefault="00AF6DCC" w:rsidP="002E140B"/>
        </w:tc>
      </w:tr>
      <w:tr w:rsidR="000822CC" w14:paraId="50CB1186" w14:textId="77777777" w:rsidTr="00E70F08">
        <w:tc>
          <w:tcPr>
            <w:tcW w:w="9350" w:type="dxa"/>
            <w:gridSpan w:val="2"/>
          </w:tcPr>
          <w:p w14:paraId="5E39219B" w14:textId="3B9931D0" w:rsidR="000822CC" w:rsidRDefault="000822CC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445613540"/>
                <w:placeholder>
                  <w:docPart w:val="336352975C81416CAA058AF732A6A716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822CC" w14:paraId="0A59D25C" w14:textId="77777777" w:rsidTr="002E140B">
        <w:tc>
          <w:tcPr>
            <w:tcW w:w="2547" w:type="dxa"/>
          </w:tcPr>
          <w:p w14:paraId="196C0FD5" w14:textId="77777777" w:rsidR="000822CC" w:rsidRPr="00D15160" w:rsidRDefault="000822CC">
            <w:pPr>
              <w:rPr>
                <w:b/>
                <w:bCs/>
              </w:rPr>
            </w:pPr>
            <w:r w:rsidRPr="00D15160">
              <w:rPr>
                <w:b/>
                <w:bCs/>
              </w:rPr>
              <w:t>Hospital</w:t>
            </w:r>
          </w:p>
        </w:tc>
        <w:sdt>
          <w:sdtPr>
            <w:id w:val="-1901975068"/>
            <w:placeholder>
              <w:docPart w:val="A147DF4098474B7C8985DAAB0160C5DC"/>
            </w:placeholder>
            <w:showingPlcHdr/>
          </w:sdtPr>
          <w:sdtContent>
            <w:tc>
              <w:tcPr>
                <w:tcW w:w="6803" w:type="dxa"/>
              </w:tcPr>
              <w:p w14:paraId="61A82329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25BC55BB" w14:textId="77777777" w:rsidTr="002E140B">
        <w:tc>
          <w:tcPr>
            <w:tcW w:w="2547" w:type="dxa"/>
          </w:tcPr>
          <w:p w14:paraId="32E7CD91" w14:textId="77777777" w:rsidR="000822CC" w:rsidRDefault="000822CC">
            <w:r>
              <w:rPr>
                <w:b/>
                <w:bCs/>
              </w:rPr>
              <w:t>Dates of Employment</w:t>
            </w:r>
          </w:p>
        </w:tc>
        <w:sdt>
          <w:sdtPr>
            <w:id w:val="1329561806"/>
            <w:placeholder>
              <w:docPart w:val="20BF66BD0D0548E3B9C8F56C1F7FC251"/>
            </w:placeholder>
            <w:showingPlcHdr/>
          </w:sdtPr>
          <w:sdtContent>
            <w:tc>
              <w:tcPr>
                <w:tcW w:w="6803" w:type="dxa"/>
              </w:tcPr>
              <w:p w14:paraId="01C60BB8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7953BAE7" w14:textId="77777777" w:rsidTr="002E140B">
        <w:tc>
          <w:tcPr>
            <w:tcW w:w="2547" w:type="dxa"/>
            <w:vAlign w:val="center"/>
          </w:tcPr>
          <w:p w14:paraId="4531B024" w14:textId="77777777" w:rsidR="000822CC" w:rsidRDefault="000822CC" w:rsidP="002E140B">
            <w:r w:rsidRPr="00F4085D">
              <w:rPr>
                <w:b/>
                <w:bCs/>
              </w:rPr>
              <w:t xml:space="preserve">Specialty </w:t>
            </w:r>
          </w:p>
        </w:tc>
        <w:sdt>
          <w:sdtPr>
            <w:id w:val="-843475317"/>
            <w:placeholder>
              <w:docPart w:val="AD631813536B4725973599EBC98B454D"/>
            </w:placeholder>
            <w:showingPlcHdr/>
          </w:sdtPr>
          <w:sdtContent>
            <w:tc>
              <w:tcPr>
                <w:tcW w:w="6803" w:type="dxa"/>
              </w:tcPr>
              <w:p w14:paraId="1E3F3151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634BC4C0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361EE4" w14:textId="6A618E33" w:rsidR="000822CC" w:rsidRDefault="000822CC" w:rsidP="002E140B"/>
        </w:tc>
      </w:tr>
      <w:tr w:rsidR="000822CC" w14:paraId="4A6E21BB" w14:textId="77777777" w:rsidTr="00E70F08">
        <w:tc>
          <w:tcPr>
            <w:tcW w:w="9350" w:type="dxa"/>
            <w:gridSpan w:val="2"/>
          </w:tcPr>
          <w:p w14:paraId="1E309FC6" w14:textId="5501E495" w:rsidR="000822CC" w:rsidRDefault="000822CC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728685784"/>
                <w:placeholder>
                  <w:docPart w:val="51DB6AEFED5243A797FB9BF07004731C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822CC" w14:paraId="733E55CE" w14:textId="77777777" w:rsidTr="002E140B">
        <w:tc>
          <w:tcPr>
            <w:tcW w:w="2547" w:type="dxa"/>
          </w:tcPr>
          <w:p w14:paraId="7E10E29D" w14:textId="77777777" w:rsidR="000822CC" w:rsidRPr="00D15160" w:rsidRDefault="000822CC">
            <w:pPr>
              <w:rPr>
                <w:b/>
                <w:bCs/>
              </w:rPr>
            </w:pPr>
            <w:r w:rsidRPr="00D15160">
              <w:rPr>
                <w:b/>
                <w:bCs/>
              </w:rPr>
              <w:t>Hospital</w:t>
            </w:r>
          </w:p>
        </w:tc>
        <w:sdt>
          <w:sdtPr>
            <w:id w:val="-136952973"/>
            <w:placeholder>
              <w:docPart w:val="2B7A50895B7743B9A9328B6D71490D20"/>
            </w:placeholder>
            <w:showingPlcHdr/>
          </w:sdtPr>
          <w:sdtContent>
            <w:tc>
              <w:tcPr>
                <w:tcW w:w="6803" w:type="dxa"/>
              </w:tcPr>
              <w:p w14:paraId="68D29F83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58DBE2C0" w14:textId="77777777" w:rsidTr="002E140B">
        <w:tc>
          <w:tcPr>
            <w:tcW w:w="2547" w:type="dxa"/>
          </w:tcPr>
          <w:p w14:paraId="396EAB49" w14:textId="77777777" w:rsidR="000822CC" w:rsidRDefault="000822CC">
            <w:r>
              <w:rPr>
                <w:b/>
                <w:bCs/>
              </w:rPr>
              <w:t>Dates of Employment</w:t>
            </w:r>
          </w:p>
        </w:tc>
        <w:sdt>
          <w:sdtPr>
            <w:id w:val="-725522521"/>
            <w:placeholder>
              <w:docPart w:val="B1F2EF8C8E5B4DF9B59ECD903D6DE89F"/>
            </w:placeholder>
            <w:showingPlcHdr/>
          </w:sdtPr>
          <w:sdtContent>
            <w:tc>
              <w:tcPr>
                <w:tcW w:w="6803" w:type="dxa"/>
              </w:tcPr>
              <w:p w14:paraId="65ADD547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25525FEB" w14:textId="77777777" w:rsidTr="002E140B">
        <w:tc>
          <w:tcPr>
            <w:tcW w:w="2547" w:type="dxa"/>
            <w:vAlign w:val="center"/>
          </w:tcPr>
          <w:p w14:paraId="0696D76A" w14:textId="77777777" w:rsidR="000822CC" w:rsidRDefault="000822CC" w:rsidP="002E140B">
            <w:r w:rsidRPr="00F4085D">
              <w:rPr>
                <w:b/>
                <w:bCs/>
              </w:rPr>
              <w:t xml:space="preserve">Specialty </w:t>
            </w:r>
          </w:p>
        </w:tc>
        <w:sdt>
          <w:sdtPr>
            <w:id w:val="-672104619"/>
            <w:placeholder>
              <w:docPart w:val="2E69BCC4F9864BA68DBC70C35E2566DD"/>
            </w:placeholder>
            <w:showingPlcHdr/>
          </w:sdtPr>
          <w:sdtContent>
            <w:tc>
              <w:tcPr>
                <w:tcW w:w="6803" w:type="dxa"/>
              </w:tcPr>
              <w:p w14:paraId="63D2B40E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1A7C68D7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368440" w14:textId="1EAC59E8" w:rsidR="000822CC" w:rsidRDefault="000822CC" w:rsidP="002E140B"/>
        </w:tc>
      </w:tr>
      <w:tr w:rsidR="000822CC" w14:paraId="0E92F112" w14:textId="77777777" w:rsidTr="00E70F08">
        <w:tc>
          <w:tcPr>
            <w:tcW w:w="9350" w:type="dxa"/>
            <w:gridSpan w:val="2"/>
          </w:tcPr>
          <w:p w14:paraId="51218909" w14:textId="45026593" w:rsidR="000822CC" w:rsidRDefault="000822CC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138949053"/>
                <w:placeholder>
                  <w:docPart w:val="EB160F78721B454DAC7CBEB4153D7FC8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822CC" w14:paraId="09F08117" w14:textId="77777777" w:rsidTr="002E140B">
        <w:tc>
          <w:tcPr>
            <w:tcW w:w="2547" w:type="dxa"/>
          </w:tcPr>
          <w:p w14:paraId="3636E800" w14:textId="77777777" w:rsidR="000822CC" w:rsidRPr="00D15160" w:rsidRDefault="000822CC">
            <w:pPr>
              <w:rPr>
                <w:b/>
                <w:bCs/>
              </w:rPr>
            </w:pPr>
            <w:r w:rsidRPr="00D15160">
              <w:rPr>
                <w:b/>
                <w:bCs/>
              </w:rPr>
              <w:t>Hospital</w:t>
            </w:r>
          </w:p>
        </w:tc>
        <w:sdt>
          <w:sdtPr>
            <w:id w:val="-903372325"/>
            <w:placeholder>
              <w:docPart w:val="A03BEA6A51D5487CBD1B82E03576FDCF"/>
            </w:placeholder>
            <w:showingPlcHdr/>
          </w:sdtPr>
          <w:sdtContent>
            <w:tc>
              <w:tcPr>
                <w:tcW w:w="6803" w:type="dxa"/>
              </w:tcPr>
              <w:p w14:paraId="736F2522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633E483E" w14:textId="77777777" w:rsidTr="002E140B">
        <w:tc>
          <w:tcPr>
            <w:tcW w:w="2547" w:type="dxa"/>
          </w:tcPr>
          <w:p w14:paraId="6A950D05" w14:textId="77777777" w:rsidR="000822CC" w:rsidRDefault="000822CC">
            <w:r>
              <w:rPr>
                <w:b/>
                <w:bCs/>
              </w:rPr>
              <w:t>Dates of Employment</w:t>
            </w:r>
          </w:p>
        </w:tc>
        <w:sdt>
          <w:sdtPr>
            <w:id w:val="-1160079597"/>
            <w:placeholder>
              <w:docPart w:val="E982CFFD17D14F9392355130C2C35F13"/>
            </w:placeholder>
            <w:showingPlcHdr/>
          </w:sdtPr>
          <w:sdtContent>
            <w:tc>
              <w:tcPr>
                <w:tcW w:w="6803" w:type="dxa"/>
              </w:tcPr>
              <w:p w14:paraId="73216576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5DC3F55C" w14:textId="77777777" w:rsidTr="002E140B">
        <w:tc>
          <w:tcPr>
            <w:tcW w:w="2547" w:type="dxa"/>
            <w:vAlign w:val="center"/>
          </w:tcPr>
          <w:p w14:paraId="67664D69" w14:textId="77777777" w:rsidR="000822CC" w:rsidRDefault="000822CC" w:rsidP="002E140B">
            <w:r w:rsidRPr="00F4085D">
              <w:rPr>
                <w:b/>
                <w:bCs/>
              </w:rPr>
              <w:t xml:space="preserve">Specialty </w:t>
            </w:r>
          </w:p>
        </w:tc>
        <w:sdt>
          <w:sdtPr>
            <w:id w:val="360168161"/>
            <w:placeholder>
              <w:docPart w:val="C21F73EA9C90418883AB84EBB054DC82"/>
            </w:placeholder>
            <w:showingPlcHdr/>
          </w:sdtPr>
          <w:sdtContent>
            <w:tc>
              <w:tcPr>
                <w:tcW w:w="6803" w:type="dxa"/>
              </w:tcPr>
              <w:p w14:paraId="5AB49BA5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027DD8CB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A8C441" w14:textId="45D01466" w:rsidR="000822CC" w:rsidRDefault="000822CC" w:rsidP="002E140B"/>
        </w:tc>
      </w:tr>
    </w:tbl>
    <w:p w14:paraId="77653012" w14:textId="77777777" w:rsidR="000822CC" w:rsidRDefault="000822CC">
      <w:pPr>
        <w:pStyle w:val="Heading1"/>
      </w:pPr>
    </w:p>
    <w:p w14:paraId="08175A2B" w14:textId="77777777" w:rsidR="000822CC" w:rsidRDefault="000822C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7FF228E2" w:rsidR="00214ECC" w:rsidRDefault="007C3707">
      <w:pPr>
        <w:pStyle w:val="Heading1"/>
      </w:pPr>
      <w:r>
        <w:lastRenderedPageBreak/>
        <w:t>A</w:t>
      </w:r>
      <w:r w:rsidR="003729FB">
        <w:t>udit &amp; Quality Improvement</w:t>
      </w:r>
    </w:p>
    <w:p w14:paraId="00C0F9B1" w14:textId="77777777" w:rsidR="00AF6DCC" w:rsidRPr="00AF6DCC" w:rsidRDefault="00AF6DCC" w:rsidP="00AF6DCC">
      <w:r w:rsidRPr="00AF6DCC">
        <w:t xml:space="preserve">Please list a maximum of 5 Audits that you have </w:t>
      </w:r>
      <w:proofErr w:type="gramStart"/>
      <w:r w:rsidRPr="00AF6DCC">
        <w:t>participated</w:t>
      </w:r>
      <w:proofErr w:type="gramEnd"/>
      <w:r w:rsidRPr="00AF6DCC">
        <w:t xml:space="preserve"> and/or lead on.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14:paraId="1AC9EFE7" w14:textId="77777777" w:rsidTr="0019370D">
        <w:tc>
          <w:tcPr>
            <w:tcW w:w="9350" w:type="dxa"/>
            <w:gridSpan w:val="2"/>
          </w:tcPr>
          <w:p w14:paraId="4B30661B" w14:textId="6FAC5304" w:rsidR="008525FA" w:rsidRDefault="00D15160" w:rsidP="002D7D98">
            <w:r>
              <w:rPr>
                <w:b/>
                <w:bCs/>
              </w:rPr>
              <w:t>Audit</w:t>
            </w:r>
            <w:r w:rsidR="008525FA" w:rsidRPr="00F4085D">
              <w:rPr>
                <w:b/>
                <w:bCs/>
              </w:rPr>
              <w:t xml:space="preserve"> Title</w:t>
            </w:r>
            <w:r>
              <w:rPr>
                <w:b/>
                <w:bCs/>
              </w:rPr>
              <w:t xml:space="preserve"> 1</w:t>
            </w:r>
            <w:r w:rsidR="00CD745A"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Content>
                <w:r w:rsidR="00CD745A"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14:paraId="176303B5" w14:textId="77777777" w:rsidTr="00CC1592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50053F71" w14:textId="7EA423DE" w:rsidR="008525FA" w:rsidRPr="00AF6DCC" w:rsidRDefault="00AF6DCC" w:rsidP="00CD745A">
            <w:pPr>
              <w:rPr>
                <w:b/>
                <w:bCs/>
              </w:rPr>
            </w:pPr>
            <w:r w:rsidRPr="00AF6DCC">
              <w:rPr>
                <w:b/>
                <w:bCs/>
              </w:rPr>
              <w:t>Supervising consultant</w:t>
            </w:r>
            <w:r>
              <w:rPr>
                <w:b/>
                <w:bCs/>
              </w:rPr>
              <w:t>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Content>
            <w:tc>
              <w:tcPr>
                <w:tcW w:w="6520" w:type="dxa"/>
                <w:tcBorders>
                  <w:bottom w:val="single" w:sz="4" w:space="0" w:color="auto"/>
                </w:tcBorders>
              </w:tcPr>
              <w:p w14:paraId="745FB9AC" w14:textId="2D45EB78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F6DCC" w14:paraId="09702574" w14:textId="77777777" w:rsidTr="00CC1592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56D93B47" w14:textId="2F32EA7D" w:rsidR="00AF6DCC" w:rsidRDefault="00AF6D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Hospital</w:t>
            </w:r>
          </w:p>
        </w:tc>
        <w:sdt>
          <w:sdtPr>
            <w:id w:val="1721473515"/>
            <w:placeholder>
              <w:docPart w:val="D4FBE3645B874B5DA6A97A1EDE648988"/>
            </w:placeholder>
            <w:showingPlcHdr/>
          </w:sdtPr>
          <w:sdtContent>
            <w:tc>
              <w:tcPr>
                <w:tcW w:w="6520" w:type="dxa"/>
                <w:tcBorders>
                  <w:bottom w:val="single" w:sz="4" w:space="0" w:color="auto"/>
                </w:tcBorders>
              </w:tcPr>
              <w:p w14:paraId="66C407E7" w14:textId="5CE05189" w:rsidR="00AF6DCC" w:rsidRDefault="00AF6DCC" w:rsidP="002D7D98">
                <w:r w:rsidRPr="005A5D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F6DCC" w14:paraId="5BF1F8D3" w14:textId="77777777" w:rsidTr="00AF6DCC">
        <w:trPr>
          <w:trHeight w:val="199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2B18F820" w14:textId="3217309F" w:rsidR="00AF6DCC" w:rsidRDefault="00AF6D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Audit cycle completed: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77F3B84A" w14:textId="732F74E3" w:rsidR="00AF6DCC" w:rsidRDefault="00AF6DCC" w:rsidP="002D7D98">
            <w:r>
              <w:t xml:space="preserve">Yes </w:t>
            </w:r>
            <w:sdt>
              <w:sdtPr>
                <w:id w:val="1522583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No </w:t>
            </w:r>
            <w:sdt>
              <w:sdtPr>
                <w:id w:val="184941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Ongoing </w:t>
            </w:r>
            <w:sdt>
              <w:sdtPr>
                <w:id w:val="189647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AF6DCC" w14:paraId="0CD3D88C" w14:textId="77777777" w:rsidTr="006D01CC">
        <w:tc>
          <w:tcPr>
            <w:tcW w:w="9350" w:type="dxa"/>
            <w:gridSpan w:val="2"/>
            <w:tcBorders>
              <w:bottom w:val="single" w:sz="4" w:space="0" w:color="auto"/>
            </w:tcBorders>
            <w:vAlign w:val="center"/>
          </w:tcPr>
          <w:p w14:paraId="2E299901" w14:textId="77777777" w:rsidR="00AF6DCC" w:rsidRDefault="00AF6D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Brief description of audit aims: (100 words)</w:t>
            </w:r>
          </w:p>
          <w:sdt>
            <w:sdtPr>
              <w:id w:val="2145303569"/>
              <w:placeholder>
                <w:docPart w:val="0D95820094F447E6903FF8A5917974BF"/>
              </w:placeholder>
              <w:showingPlcHdr/>
            </w:sdtPr>
            <w:sdtContent>
              <w:p w14:paraId="5CC1AB42" w14:textId="1325DA04" w:rsidR="00AF6DCC" w:rsidRDefault="00AF6DCC" w:rsidP="002D7D98">
                <w:r w:rsidRPr="005A5DAC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6D01CC" w14:paraId="20C8AF6F" w14:textId="77777777" w:rsidTr="006D01CC">
        <w:tc>
          <w:tcPr>
            <w:tcW w:w="93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7D5D13C" w14:textId="703E2DDF" w:rsidR="006D01CC" w:rsidRDefault="006D01CC" w:rsidP="00CD745A">
            <w:pPr>
              <w:rPr>
                <w:b/>
                <w:bCs/>
              </w:rPr>
            </w:pPr>
          </w:p>
        </w:tc>
      </w:tr>
      <w:tr w:rsidR="006D01CC" w14:paraId="0AC7E088" w14:textId="77777777" w:rsidTr="0019370D">
        <w:tc>
          <w:tcPr>
            <w:tcW w:w="9350" w:type="dxa"/>
            <w:gridSpan w:val="2"/>
          </w:tcPr>
          <w:p w14:paraId="62B9BE56" w14:textId="53110EFC" w:rsidR="006D01CC" w:rsidRDefault="006D01CC" w:rsidP="002D7D98">
            <w:r>
              <w:rPr>
                <w:b/>
                <w:bCs/>
              </w:rPr>
              <w:t>Audit</w:t>
            </w:r>
            <w:r w:rsidRPr="00F4085D">
              <w:rPr>
                <w:b/>
                <w:bCs/>
              </w:rPr>
              <w:t xml:space="preserve"> Title</w:t>
            </w:r>
            <w:r>
              <w:rPr>
                <w:b/>
                <w:bCs/>
              </w:rPr>
              <w:t xml:space="preserve"> 2: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508748568"/>
                <w:placeholder>
                  <w:docPart w:val="87C3BD7C971F4B709835CABCA8408F48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D01CC" w14:paraId="72F292B2" w14:textId="77777777" w:rsidTr="00CC1592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0FD7B7A" w14:textId="77777777" w:rsidR="006D01CC" w:rsidRPr="00AF6DCC" w:rsidRDefault="006D01CC" w:rsidP="00CD745A">
            <w:pPr>
              <w:rPr>
                <w:b/>
                <w:bCs/>
              </w:rPr>
            </w:pPr>
            <w:r w:rsidRPr="00AF6DCC">
              <w:rPr>
                <w:b/>
                <w:bCs/>
              </w:rPr>
              <w:t>Supervising consultant</w:t>
            </w:r>
            <w:r>
              <w:rPr>
                <w:b/>
                <w:bCs/>
              </w:rPr>
              <w:t>:</w:t>
            </w:r>
          </w:p>
        </w:tc>
        <w:sdt>
          <w:sdtPr>
            <w:id w:val="746932341"/>
            <w:placeholder>
              <w:docPart w:val="B6B954F6C93E4E3CAF25ED4D1E9DD080"/>
            </w:placeholder>
            <w:showingPlcHdr/>
          </w:sdtPr>
          <w:sdtContent>
            <w:tc>
              <w:tcPr>
                <w:tcW w:w="6520" w:type="dxa"/>
                <w:tcBorders>
                  <w:bottom w:val="single" w:sz="4" w:space="0" w:color="auto"/>
                </w:tcBorders>
              </w:tcPr>
              <w:p w14:paraId="0776C866" w14:textId="77777777" w:rsidR="006D01CC" w:rsidRDefault="006D01CC" w:rsidP="005A5DAC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109A2200" w14:textId="77777777" w:rsidTr="00CC1592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5EF2A5DB" w14:textId="77777777" w:rsidR="006D01CC" w:rsidRDefault="006D01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Hospital</w:t>
            </w:r>
          </w:p>
        </w:tc>
        <w:sdt>
          <w:sdtPr>
            <w:id w:val="143941341"/>
            <w:placeholder>
              <w:docPart w:val="CF8C7854AA73411A97D1218AEE3D54D4"/>
            </w:placeholder>
            <w:showingPlcHdr/>
          </w:sdtPr>
          <w:sdtContent>
            <w:tc>
              <w:tcPr>
                <w:tcW w:w="6520" w:type="dxa"/>
                <w:tcBorders>
                  <w:bottom w:val="single" w:sz="4" w:space="0" w:color="auto"/>
                </w:tcBorders>
              </w:tcPr>
              <w:p w14:paraId="1DD1B1AE" w14:textId="77777777" w:rsidR="006D01CC" w:rsidRDefault="006D01CC" w:rsidP="005A5DAC">
                <w:r w:rsidRPr="005A5D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7890F4C3" w14:textId="77777777" w:rsidTr="00AF6DCC">
        <w:trPr>
          <w:trHeight w:val="199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04171FE9" w14:textId="77777777" w:rsidR="006D01CC" w:rsidRDefault="006D01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Audit cycle completed: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062FF32F" w14:textId="77777777" w:rsidR="006D01CC" w:rsidRDefault="006D01CC" w:rsidP="002D7D98">
            <w:r>
              <w:t xml:space="preserve">Yes </w:t>
            </w:r>
            <w:sdt>
              <w:sdtPr>
                <w:id w:val="-1669018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No </w:t>
            </w:r>
            <w:sdt>
              <w:sdtPr>
                <w:id w:val="1312064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Ongoing </w:t>
            </w:r>
            <w:sdt>
              <w:sdtPr>
                <w:id w:val="-42071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D01CC" w14:paraId="49CF11C0" w14:textId="77777777" w:rsidTr="006D01CC">
        <w:tc>
          <w:tcPr>
            <w:tcW w:w="9350" w:type="dxa"/>
            <w:gridSpan w:val="2"/>
            <w:tcBorders>
              <w:bottom w:val="single" w:sz="4" w:space="0" w:color="auto"/>
            </w:tcBorders>
            <w:vAlign w:val="center"/>
          </w:tcPr>
          <w:p w14:paraId="6C0AE0DC" w14:textId="77777777" w:rsidR="006D01CC" w:rsidRDefault="006D01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Brief description of audit aims: (100 words)</w:t>
            </w:r>
          </w:p>
          <w:sdt>
            <w:sdtPr>
              <w:id w:val="-1375232726"/>
              <w:placeholder>
                <w:docPart w:val="CAC7A0E89C9B42AB86638CE4422E2F6D"/>
              </w:placeholder>
              <w:showingPlcHdr/>
            </w:sdtPr>
            <w:sdtContent>
              <w:p w14:paraId="78615A38" w14:textId="77777777" w:rsidR="006D01CC" w:rsidRDefault="006D01CC" w:rsidP="005A5DAC">
                <w:r w:rsidRPr="005A5DAC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6D01CC" w14:paraId="29EF03AA" w14:textId="77777777" w:rsidTr="006D01CC">
        <w:tc>
          <w:tcPr>
            <w:tcW w:w="93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7E8D2E3" w14:textId="08C04483" w:rsidR="006D01CC" w:rsidRDefault="006D01CC" w:rsidP="00CD745A">
            <w:pPr>
              <w:rPr>
                <w:b/>
                <w:bCs/>
              </w:rPr>
            </w:pPr>
          </w:p>
        </w:tc>
      </w:tr>
      <w:tr w:rsidR="006D01CC" w14:paraId="113F2457" w14:textId="77777777" w:rsidTr="0019370D">
        <w:tc>
          <w:tcPr>
            <w:tcW w:w="9350" w:type="dxa"/>
            <w:gridSpan w:val="2"/>
          </w:tcPr>
          <w:p w14:paraId="0B9FEC76" w14:textId="61DDB1D9" w:rsidR="006D01CC" w:rsidRDefault="006D01CC" w:rsidP="002D7D98">
            <w:r>
              <w:rPr>
                <w:b/>
                <w:bCs/>
              </w:rPr>
              <w:t>Audit</w:t>
            </w:r>
            <w:r w:rsidRPr="00F4085D">
              <w:rPr>
                <w:b/>
                <w:bCs/>
              </w:rPr>
              <w:t xml:space="preserve"> Title</w:t>
            </w:r>
            <w:r>
              <w:rPr>
                <w:b/>
                <w:bCs/>
              </w:rPr>
              <w:t xml:space="preserve"> 3: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953230700"/>
                <w:placeholder>
                  <w:docPart w:val="3F13B2C2C0DB44DC97A99B1F6C9114C6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D01CC" w14:paraId="267EA38B" w14:textId="77777777" w:rsidTr="00CC1592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E61DD4C" w14:textId="77777777" w:rsidR="006D01CC" w:rsidRPr="00AF6DCC" w:rsidRDefault="006D01CC" w:rsidP="00CD745A">
            <w:pPr>
              <w:rPr>
                <w:b/>
                <w:bCs/>
              </w:rPr>
            </w:pPr>
            <w:r w:rsidRPr="00AF6DCC">
              <w:rPr>
                <w:b/>
                <w:bCs/>
              </w:rPr>
              <w:t>Supervising consultant</w:t>
            </w:r>
            <w:r>
              <w:rPr>
                <w:b/>
                <w:bCs/>
              </w:rPr>
              <w:t>:</w:t>
            </w:r>
          </w:p>
        </w:tc>
        <w:sdt>
          <w:sdtPr>
            <w:id w:val="1115480268"/>
            <w:placeholder>
              <w:docPart w:val="B3F183E1789645268B3FD3C9F15F7DE8"/>
            </w:placeholder>
            <w:showingPlcHdr/>
          </w:sdtPr>
          <w:sdtContent>
            <w:tc>
              <w:tcPr>
                <w:tcW w:w="6520" w:type="dxa"/>
                <w:tcBorders>
                  <w:bottom w:val="single" w:sz="4" w:space="0" w:color="auto"/>
                </w:tcBorders>
              </w:tcPr>
              <w:p w14:paraId="4B736F38" w14:textId="77777777" w:rsidR="006D01CC" w:rsidRDefault="006D01CC" w:rsidP="005A5DAC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7DD88B31" w14:textId="77777777" w:rsidTr="00CC1592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6354CA0F" w14:textId="77777777" w:rsidR="006D01CC" w:rsidRDefault="006D01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Hospital</w:t>
            </w:r>
          </w:p>
        </w:tc>
        <w:sdt>
          <w:sdtPr>
            <w:id w:val="1515954976"/>
            <w:placeholder>
              <w:docPart w:val="2BA9AED2723D4C6CB5E02F6E0A9A8B85"/>
            </w:placeholder>
            <w:showingPlcHdr/>
          </w:sdtPr>
          <w:sdtContent>
            <w:tc>
              <w:tcPr>
                <w:tcW w:w="6520" w:type="dxa"/>
                <w:tcBorders>
                  <w:bottom w:val="single" w:sz="4" w:space="0" w:color="auto"/>
                </w:tcBorders>
              </w:tcPr>
              <w:p w14:paraId="46D894FD" w14:textId="77777777" w:rsidR="006D01CC" w:rsidRDefault="006D01CC" w:rsidP="005A5DAC">
                <w:r w:rsidRPr="005A5D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706C4BC0" w14:textId="77777777" w:rsidTr="00AF6DCC">
        <w:trPr>
          <w:trHeight w:val="199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760DC78" w14:textId="77777777" w:rsidR="006D01CC" w:rsidRDefault="006D01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Audit cycle completed: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59F6E998" w14:textId="77777777" w:rsidR="006D01CC" w:rsidRDefault="006D01CC" w:rsidP="002D7D98">
            <w:r>
              <w:t xml:space="preserve">Yes </w:t>
            </w:r>
            <w:sdt>
              <w:sdtPr>
                <w:id w:val="1624968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No </w:t>
            </w:r>
            <w:sdt>
              <w:sdtPr>
                <w:id w:val="1345358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Ongoing </w:t>
            </w:r>
            <w:sdt>
              <w:sdtPr>
                <w:id w:val="-983688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D01CC" w14:paraId="0C10E10C" w14:textId="77777777" w:rsidTr="006D01CC">
        <w:tc>
          <w:tcPr>
            <w:tcW w:w="9350" w:type="dxa"/>
            <w:gridSpan w:val="2"/>
            <w:tcBorders>
              <w:bottom w:val="single" w:sz="4" w:space="0" w:color="auto"/>
            </w:tcBorders>
            <w:vAlign w:val="center"/>
          </w:tcPr>
          <w:p w14:paraId="05A2F54C" w14:textId="77777777" w:rsidR="006D01CC" w:rsidRDefault="006D01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Brief description of audit aims: (100 words)</w:t>
            </w:r>
          </w:p>
          <w:sdt>
            <w:sdtPr>
              <w:id w:val="-1450933937"/>
              <w:placeholder>
                <w:docPart w:val="AFFF998786BC43F48AD928F9C1041277"/>
              </w:placeholder>
              <w:showingPlcHdr/>
            </w:sdtPr>
            <w:sdtContent>
              <w:p w14:paraId="57A9117E" w14:textId="77777777" w:rsidR="006D01CC" w:rsidRDefault="006D01CC" w:rsidP="005A5DAC">
                <w:r w:rsidRPr="005A5DAC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6D01CC" w14:paraId="6732522F" w14:textId="77777777" w:rsidTr="006D01CC">
        <w:tc>
          <w:tcPr>
            <w:tcW w:w="93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E964DC4" w14:textId="0FA5ACAA" w:rsidR="006D01CC" w:rsidRDefault="006D01CC" w:rsidP="00CD745A">
            <w:pPr>
              <w:rPr>
                <w:b/>
                <w:bCs/>
              </w:rPr>
            </w:pPr>
          </w:p>
        </w:tc>
      </w:tr>
      <w:tr w:rsidR="006D01CC" w14:paraId="55244956" w14:textId="77777777" w:rsidTr="0019370D">
        <w:tc>
          <w:tcPr>
            <w:tcW w:w="9350" w:type="dxa"/>
            <w:gridSpan w:val="2"/>
          </w:tcPr>
          <w:p w14:paraId="427672F0" w14:textId="0D633559" w:rsidR="006D01CC" w:rsidRDefault="006D01CC" w:rsidP="002D7D98">
            <w:r>
              <w:rPr>
                <w:b/>
                <w:bCs/>
              </w:rPr>
              <w:t>Audit</w:t>
            </w:r>
            <w:r w:rsidRPr="00F4085D">
              <w:rPr>
                <w:b/>
                <w:bCs/>
              </w:rPr>
              <w:t xml:space="preserve"> Title</w:t>
            </w:r>
            <w:r>
              <w:rPr>
                <w:b/>
                <w:bCs/>
              </w:rPr>
              <w:t xml:space="preserve"> 4: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651794332"/>
                <w:placeholder>
                  <w:docPart w:val="FD7FE0416A8A4DDE9C513B3F0D77D59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D01CC" w14:paraId="3EB4B177" w14:textId="77777777" w:rsidTr="00CC1592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6C1E5483" w14:textId="77777777" w:rsidR="006D01CC" w:rsidRPr="00AF6DCC" w:rsidRDefault="006D01CC" w:rsidP="00CD745A">
            <w:pPr>
              <w:rPr>
                <w:b/>
                <w:bCs/>
              </w:rPr>
            </w:pPr>
            <w:r w:rsidRPr="00AF6DCC">
              <w:rPr>
                <w:b/>
                <w:bCs/>
              </w:rPr>
              <w:t>Supervising consultant</w:t>
            </w:r>
            <w:r>
              <w:rPr>
                <w:b/>
                <w:bCs/>
              </w:rPr>
              <w:t>:</w:t>
            </w:r>
          </w:p>
        </w:tc>
        <w:sdt>
          <w:sdtPr>
            <w:id w:val="-1589381140"/>
            <w:placeholder>
              <w:docPart w:val="62CDED8152A14300AEE6395973E7656B"/>
            </w:placeholder>
            <w:showingPlcHdr/>
          </w:sdtPr>
          <w:sdtContent>
            <w:tc>
              <w:tcPr>
                <w:tcW w:w="6520" w:type="dxa"/>
                <w:tcBorders>
                  <w:bottom w:val="single" w:sz="4" w:space="0" w:color="auto"/>
                </w:tcBorders>
              </w:tcPr>
              <w:p w14:paraId="629D117C" w14:textId="77777777" w:rsidR="006D01CC" w:rsidRDefault="006D01CC" w:rsidP="005A5DAC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7F70D96D" w14:textId="77777777" w:rsidTr="00CC1592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508FFE4" w14:textId="77777777" w:rsidR="006D01CC" w:rsidRDefault="006D01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Hospital</w:t>
            </w:r>
          </w:p>
        </w:tc>
        <w:sdt>
          <w:sdtPr>
            <w:id w:val="-1737074704"/>
            <w:placeholder>
              <w:docPart w:val="AAB88D9436F4498A924ED44C14EEFF73"/>
            </w:placeholder>
            <w:showingPlcHdr/>
          </w:sdtPr>
          <w:sdtContent>
            <w:tc>
              <w:tcPr>
                <w:tcW w:w="6520" w:type="dxa"/>
                <w:tcBorders>
                  <w:bottom w:val="single" w:sz="4" w:space="0" w:color="auto"/>
                </w:tcBorders>
              </w:tcPr>
              <w:p w14:paraId="354DA99E" w14:textId="77777777" w:rsidR="006D01CC" w:rsidRDefault="006D01CC" w:rsidP="005A5DAC">
                <w:r w:rsidRPr="005A5D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6268BDC4" w14:textId="77777777" w:rsidTr="00AF6DCC">
        <w:trPr>
          <w:trHeight w:val="199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2752324B" w14:textId="77777777" w:rsidR="006D01CC" w:rsidRDefault="006D01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Audit cycle completed: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17603F4A" w14:textId="77777777" w:rsidR="006D01CC" w:rsidRDefault="006D01CC" w:rsidP="002D7D98">
            <w:r>
              <w:t xml:space="preserve">Yes </w:t>
            </w:r>
            <w:sdt>
              <w:sdtPr>
                <w:id w:val="-44369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No </w:t>
            </w:r>
            <w:sdt>
              <w:sdtPr>
                <w:id w:val="1811051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Ongoing </w:t>
            </w:r>
            <w:sdt>
              <w:sdtPr>
                <w:id w:val="-1192602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D01CC" w14:paraId="0EC51ACE" w14:textId="77777777" w:rsidTr="006D01CC">
        <w:tc>
          <w:tcPr>
            <w:tcW w:w="9350" w:type="dxa"/>
            <w:gridSpan w:val="2"/>
            <w:tcBorders>
              <w:bottom w:val="single" w:sz="4" w:space="0" w:color="auto"/>
            </w:tcBorders>
            <w:vAlign w:val="center"/>
          </w:tcPr>
          <w:p w14:paraId="6744F7C5" w14:textId="77777777" w:rsidR="006D01CC" w:rsidRDefault="006D01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Brief description of audit aims: (100 words)</w:t>
            </w:r>
          </w:p>
          <w:sdt>
            <w:sdtPr>
              <w:id w:val="-1181581134"/>
              <w:placeholder>
                <w:docPart w:val="98F05FD7613A4B79BDCA0CA971B8598A"/>
              </w:placeholder>
              <w:showingPlcHdr/>
            </w:sdtPr>
            <w:sdtContent>
              <w:p w14:paraId="5BE22C29" w14:textId="77777777" w:rsidR="006D01CC" w:rsidRDefault="006D01CC" w:rsidP="005A5DAC">
                <w:r w:rsidRPr="005A5DAC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6D01CC" w14:paraId="77973FAF" w14:textId="77777777" w:rsidTr="006D01CC">
        <w:tc>
          <w:tcPr>
            <w:tcW w:w="93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AA2189E" w14:textId="5D89E000" w:rsidR="006D01CC" w:rsidRDefault="006D01CC" w:rsidP="00CD745A">
            <w:pPr>
              <w:rPr>
                <w:b/>
                <w:bCs/>
              </w:rPr>
            </w:pPr>
          </w:p>
        </w:tc>
      </w:tr>
      <w:tr w:rsidR="006D01CC" w14:paraId="6DD0EDEA" w14:textId="77777777" w:rsidTr="0019370D">
        <w:tc>
          <w:tcPr>
            <w:tcW w:w="9350" w:type="dxa"/>
            <w:gridSpan w:val="2"/>
          </w:tcPr>
          <w:p w14:paraId="5D1AF25E" w14:textId="538FD486" w:rsidR="006D01CC" w:rsidRDefault="006D01CC" w:rsidP="002D7D98">
            <w:r>
              <w:rPr>
                <w:b/>
                <w:bCs/>
              </w:rPr>
              <w:t>Audit</w:t>
            </w:r>
            <w:r w:rsidRPr="00F4085D">
              <w:rPr>
                <w:b/>
                <w:bCs/>
              </w:rPr>
              <w:t xml:space="preserve"> Title</w:t>
            </w:r>
            <w:r>
              <w:rPr>
                <w:b/>
                <w:bCs/>
              </w:rPr>
              <w:t xml:space="preserve"> 5: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70568106"/>
                <w:placeholder>
                  <w:docPart w:val="810653E193AB4128AE4A138C5D978C99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D01CC" w14:paraId="1A617B7B" w14:textId="77777777" w:rsidTr="00CC1592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03442E2F" w14:textId="77777777" w:rsidR="006D01CC" w:rsidRPr="00AF6DCC" w:rsidRDefault="006D01CC" w:rsidP="00CD745A">
            <w:pPr>
              <w:rPr>
                <w:b/>
                <w:bCs/>
              </w:rPr>
            </w:pPr>
            <w:r w:rsidRPr="00AF6DCC">
              <w:rPr>
                <w:b/>
                <w:bCs/>
              </w:rPr>
              <w:t>Supervising consultant</w:t>
            </w:r>
            <w:r>
              <w:rPr>
                <w:b/>
                <w:bCs/>
              </w:rPr>
              <w:t>:</w:t>
            </w:r>
          </w:p>
        </w:tc>
        <w:sdt>
          <w:sdtPr>
            <w:id w:val="1886523148"/>
            <w:placeholder>
              <w:docPart w:val="1CACDE27C33A49D0B4BF4B8DD155A883"/>
            </w:placeholder>
            <w:showingPlcHdr/>
          </w:sdtPr>
          <w:sdtContent>
            <w:tc>
              <w:tcPr>
                <w:tcW w:w="6520" w:type="dxa"/>
                <w:tcBorders>
                  <w:bottom w:val="single" w:sz="4" w:space="0" w:color="auto"/>
                </w:tcBorders>
              </w:tcPr>
              <w:p w14:paraId="69AC846F" w14:textId="77777777" w:rsidR="006D01CC" w:rsidRDefault="006D01CC" w:rsidP="005A5DAC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14C7877A" w14:textId="77777777" w:rsidTr="00CC1592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28CAF068" w14:textId="77777777" w:rsidR="006D01CC" w:rsidRDefault="006D01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Hospital</w:t>
            </w:r>
          </w:p>
        </w:tc>
        <w:sdt>
          <w:sdtPr>
            <w:id w:val="2035695912"/>
            <w:placeholder>
              <w:docPart w:val="2BB260D537AE4548A7C21059EB61A722"/>
            </w:placeholder>
            <w:showingPlcHdr/>
          </w:sdtPr>
          <w:sdtContent>
            <w:tc>
              <w:tcPr>
                <w:tcW w:w="6520" w:type="dxa"/>
                <w:tcBorders>
                  <w:bottom w:val="single" w:sz="4" w:space="0" w:color="auto"/>
                </w:tcBorders>
              </w:tcPr>
              <w:p w14:paraId="0C758DA4" w14:textId="77777777" w:rsidR="006D01CC" w:rsidRDefault="006D01CC" w:rsidP="005A5DAC">
                <w:r w:rsidRPr="005A5D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142AAFF3" w14:textId="77777777" w:rsidTr="00AF6DCC">
        <w:trPr>
          <w:trHeight w:val="199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5A4FDF4" w14:textId="77777777" w:rsidR="006D01CC" w:rsidRDefault="006D01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Audit cycle completed: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65AF610A" w14:textId="77777777" w:rsidR="006D01CC" w:rsidRDefault="006D01CC" w:rsidP="002D7D98">
            <w:r>
              <w:t xml:space="preserve">Yes </w:t>
            </w:r>
            <w:sdt>
              <w:sdtPr>
                <w:id w:val="27997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No </w:t>
            </w:r>
            <w:sdt>
              <w:sdtPr>
                <w:id w:val="-1215345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Ongoing </w:t>
            </w:r>
            <w:sdt>
              <w:sdtPr>
                <w:id w:val="1885827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D01CC" w14:paraId="13A638E8" w14:textId="77777777" w:rsidTr="006D01CC">
        <w:tc>
          <w:tcPr>
            <w:tcW w:w="9350" w:type="dxa"/>
            <w:gridSpan w:val="2"/>
            <w:tcBorders>
              <w:bottom w:val="single" w:sz="4" w:space="0" w:color="auto"/>
            </w:tcBorders>
            <w:vAlign w:val="center"/>
          </w:tcPr>
          <w:p w14:paraId="44ACC5A8" w14:textId="77777777" w:rsidR="006D01CC" w:rsidRDefault="006D01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Brief description of audit aims: (100 words)</w:t>
            </w:r>
          </w:p>
          <w:sdt>
            <w:sdtPr>
              <w:id w:val="1689481601"/>
              <w:placeholder>
                <w:docPart w:val="34B3F04B3640474B96E48703C08F7C45"/>
              </w:placeholder>
              <w:showingPlcHdr/>
            </w:sdtPr>
            <w:sdtContent>
              <w:p w14:paraId="3327A9B4" w14:textId="77777777" w:rsidR="006D01CC" w:rsidRDefault="006D01CC" w:rsidP="005A5DAC">
                <w:r w:rsidRPr="005A5DAC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6D01CC" w14:paraId="7658FB36" w14:textId="77777777" w:rsidTr="006D01CC">
        <w:tc>
          <w:tcPr>
            <w:tcW w:w="93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AE1DFF0" w14:textId="575EECB9" w:rsidR="006D01CC" w:rsidRDefault="006D01CC" w:rsidP="00CD745A">
            <w:pPr>
              <w:rPr>
                <w:b/>
                <w:bCs/>
              </w:rPr>
            </w:pPr>
          </w:p>
        </w:tc>
      </w:tr>
      <w:tr w:rsidR="00CD745A" w14:paraId="52CA7D1C" w14:textId="77777777" w:rsidTr="006D01CC">
        <w:tc>
          <w:tcPr>
            <w:tcW w:w="9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ED39AD" w14:textId="2FE285DB" w:rsidR="00CD745A" w:rsidRDefault="00CD745A" w:rsidP="002D7D98"/>
        </w:tc>
      </w:tr>
    </w:tbl>
    <w:p w14:paraId="086153B4" w14:textId="77777777" w:rsidR="000822CC" w:rsidRDefault="000822CC">
      <w:pPr>
        <w:pStyle w:val="Heading1"/>
      </w:pPr>
    </w:p>
    <w:p w14:paraId="16155EEC" w14:textId="1A879011" w:rsidR="00214ECC" w:rsidRPr="000822CC" w:rsidRDefault="000822CC" w:rsidP="000822CC">
      <w:pPr>
        <w:pStyle w:val="Heading1"/>
      </w:pPr>
      <w:r>
        <w:br w:type="page"/>
      </w:r>
      <w:r w:rsidR="003729FB">
        <w:lastRenderedPageBreak/>
        <w:t>Research &amp; Publications</w:t>
      </w:r>
    </w:p>
    <w:p w14:paraId="65FB1B2B" w14:textId="0976352F" w:rsidR="00CC1592" w:rsidRPr="00CC1592" w:rsidRDefault="00CC1592" w:rsidP="00CC1592">
      <w:r w:rsidRPr="00CC1592">
        <w:t>Please record any/all Publications, Presentations, Ongoing research</w:t>
      </w:r>
      <w:r w:rsidR="00597A18">
        <w:t>:</w:t>
      </w:r>
    </w:p>
    <w:p w14:paraId="08E803B5" w14:textId="77777777" w:rsidR="00597A18" w:rsidRDefault="00CC1592" w:rsidP="00597A18">
      <w:pPr>
        <w:pStyle w:val="Heading2"/>
      </w:pPr>
      <w:r w:rsidRPr="00CC1592">
        <w:t>Publications</w:t>
      </w:r>
      <w:r w:rsidR="00597A18" w:rsidRPr="00597A18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597A18" w14:paraId="7AD8BB12" w14:textId="77777777" w:rsidTr="008D06F5">
        <w:tc>
          <w:tcPr>
            <w:tcW w:w="2723" w:type="dxa"/>
            <w:vAlign w:val="center"/>
          </w:tcPr>
          <w:p w14:paraId="4169C014" w14:textId="3DB38801" w:rsidR="00597A18" w:rsidRDefault="00597A18" w:rsidP="008D06F5">
            <w:r>
              <w:rPr>
                <w:b/>
                <w:bCs/>
              </w:rPr>
              <w:t xml:space="preserve">Authors (as appears </w:t>
            </w:r>
            <w:proofErr w:type="gramStart"/>
            <w:r>
              <w:rPr>
                <w:b/>
                <w:bCs/>
              </w:rPr>
              <w:t>on</w:t>
            </w:r>
            <w:proofErr w:type="gramEnd"/>
            <w:r>
              <w:rPr>
                <w:b/>
                <w:bCs/>
              </w:rPr>
              <w:t xml:space="preserve"> publication):</w:t>
            </w:r>
          </w:p>
        </w:tc>
        <w:sdt>
          <w:sdtPr>
            <w:id w:val="587663669"/>
            <w:placeholder>
              <w:docPart w:val="5E106B1453BD4F67BF63B7C3B463E978"/>
            </w:placeholder>
            <w:showingPlcHdr/>
          </w:sdtPr>
          <w:sdtContent>
            <w:tc>
              <w:tcPr>
                <w:tcW w:w="6627" w:type="dxa"/>
              </w:tcPr>
              <w:p w14:paraId="10FAA6AB" w14:textId="77777777" w:rsidR="00597A18" w:rsidRDefault="00597A18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A18" w14:paraId="22331797" w14:textId="77777777" w:rsidTr="008D06F5">
        <w:tc>
          <w:tcPr>
            <w:tcW w:w="2723" w:type="dxa"/>
            <w:vAlign w:val="center"/>
          </w:tcPr>
          <w:p w14:paraId="607BE762" w14:textId="05E80784" w:rsidR="00597A18" w:rsidRDefault="00597A18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 xml:space="preserve">Title of </w:t>
            </w:r>
            <w:r>
              <w:rPr>
                <w:b/>
                <w:bCs/>
              </w:rPr>
              <w:t xml:space="preserve">publication: </w:t>
            </w:r>
            <w:r>
              <w:rPr>
                <w:b/>
                <w:bCs/>
              </w:rPr>
              <w:tab/>
            </w:r>
          </w:p>
        </w:tc>
        <w:sdt>
          <w:sdtPr>
            <w:id w:val="-702397357"/>
            <w:placeholder>
              <w:docPart w:val="D607F05445494B0BAC1500946C3B12E4"/>
            </w:placeholder>
            <w:showingPlcHdr/>
          </w:sdtPr>
          <w:sdtContent>
            <w:tc>
              <w:tcPr>
                <w:tcW w:w="6627" w:type="dxa"/>
              </w:tcPr>
              <w:p w14:paraId="0C688E98" w14:textId="36CC38FD" w:rsidR="00597A18" w:rsidRDefault="00597A18" w:rsidP="008D06F5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A18" w14:paraId="39233045" w14:textId="77777777" w:rsidTr="008D06F5">
        <w:tc>
          <w:tcPr>
            <w:tcW w:w="2723" w:type="dxa"/>
            <w:vAlign w:val="center"/>
          </w:tcPr>
          <w:p w14:paraId="678D9048" w14:textId="77777777" w:rsidR="00597A18" w:rsidRDefault="00597A18" w:rsidP="008D06F5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2132510190"/>
            <w:placeholder>
              <w:docPart w:val="18F3B7DE2F8D4D4F891158D9B04F63AD"/>
            </w:placeholder>
            <w:showingPlcHdr/>
          </w:sdtPr>
          <w:sdtContent>
            <w:tc>
              <w:tcPr>
                <w:tcW w:w="6627" w:type="dxa"/>
              </w:tcPr>
              <w:p w14:paraId="3CE505FB" w14:textId="77777777" w:rsidR="00597A18" w:rsidRDefault="00597A18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A18" w14:paraId="78ABD5A1" w14:textId="77777777" w:rsidTr="008D06F5">
        <w:tc>
          <w:tcPr>
            <w:tcW w:w="2723" w:type="dxa"/>
            <w:vAlign w:val="center"/>
          </w:tcPr>
          <w:p w14:paraId="32DD8C77" w14:textId="2ACC77FD" w:rsidR="00597A18" w:rsidRPr="00F4085D" w:rsidRDefault="00597A18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Publication Date</w:t>
            </w:r>
          </w:p>
        </w:tc>
        <w:sdt>
          <w:sdtPr>
            <w:id w:val="1721250372"/>
            <w:placeholder>
              <w:docPart w:val="E7F5AD484C9A444598540556BC8B2BA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786292EF" w14:textId="1D616FB2" w:rsidR="00597A18" w:rsidRDefault="00597A18" w:rsidP="008D06F5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A18" w14:paraId="56B1D5A0" w14:textId="77777777" w:rsidTr="008D06F5">
        <w:tc>
          <w:tcPr>
            <w:tcW w:w="2723" w:type="dxa"/>
            <w:vAlign w:val="center"/>
          </w:tcPr>
          <w:p w14:paraId="15FFA8DA" w14:textId="73B50269" w:rsidR="00597A18" w:rsidRPr="00F4085D" w:rsidRDefault="00597A18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 xml:space="preserve">DOI link </w:t>
            </w:r>
            <w:r>
              <w:rPr>
                <w:b/>
                <w:bCs/>
              </w:rPr>
              <w:t>(</w:t>
            </w:r>
            <w:r w:rsidRPr="00F4085D">
              <w:rPr>
                <w:b/>
                <w:bCs/>
              </w:rPr>
              <w:t>where applicable</w:t>
            </w:r>
            <w:r>
              <w:rPr>
                <w:b/>
                <w:bCs/>
              </w:rPr>
              <w:t>)</w:t>
            </w:r>
          </w:p>
          <w:p w14:paraId="0BFD6840" w14:textId="77777777" w:rsidR="00597A18" w:rsidRDefault="00597A18" w:rsidP="008D06F5"/>
        </w:tc>
        <w:sdt>
          <w:sdtPr>
            <w:id w:val="281088364"/>
            <w:placeholder>
              <w:docPart w:val="46B400469BBC4934A85AA102FC6B7BF4"/>
            </w:placeholder>
            <w:showingPlcHdr/>
          </w:sdtPr>
          <w:sdtContent>
            <w:tc>
              <w:tcPr>
                <w:tcW w:w="6627" w:type="dxa"/>
              </w:tcPr>
              <w:p w14:paraId="13950372" w14:textId="77777777" w:rsidR="00597A18" w:rsidRDefault="00597A18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A18" w14:paraId="6E9A5477" w14:textId="77777777" w:rsidTr="008D06F5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CF8654" w14:textId="77777777" w:rsidR="00597A18" w:rsidRPr="00F4085D" w:rsidRDefault="00597A18" w:rsidP="008D06F5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610F71" w14:textId="08F8351B" w:rsidR="00597A18" w:rsidRDefault="00597A18" w:rsidP="008D06F5"/>
        </w:tc>
      </w:tr>
      <w:tr w:rsidR="006D2D13" w14:paraId="605D3341" w14:textId="77777777" w:rsidTr="008D06F5">
        <w:tc>
          <w:tcPr>
            <w:tcW w:w="2723" w:type="dxa"/>
            <w:vAlign w:val="center"/>
          </w:tcPr>
          <w:p w14:paraId="66FC21AE" w14:textId="1B1D6B10" w:rsidR="006D2D13" w:rsidRDefault="006D2D13" w:rsidP="008D06F5">
            <w:r>
              <w:rPr>
                <w:b/>
                <w:bCs/>
              </w:rPr>
              <w:t xml:space="preserve">Authors (as appears </w:t>
            </w:r>
            <w:proofErr w:type="gramStart"/>
            <w:r>
              <w:rPr>
                <w:b/>
                <w:bCs/>
              </w:rPr>
              <w:t>on</w:t>
            </w:r>
            <w:proofErr w:type="gramEnd"/>
            <w:r>
              <w:rPr>
                <w:b/>
                <w:bCs/>
              </w:rPr>
              <w:t xml:space="preserve"> publication):</w:t>
            </w:r>
          </w:p>
        </w:tc>
        <w:sdt>
          <w:sdtPr>
            <w:id w:val="1059745744"/>
            <w:placeholder>
              <w:docPart w:val="1B44F120EF504B9D87279119751C30A3"/>
            </w:placeholder>
            <w:showingPlcHdr/>
          </w:sdtPr>
          <w:sdtContent>
            <w:tc>
              <w:tcPr>
                <w:tcW w:w="6627" w:type="dxa"/>
              </w:tcPr>
              <w:p w14:paraId="71A4F523" w14:textId="77777777" w:rsidR="006D2D13" w:rsidRDefault="006D2D13" w:rsidP="00F10F9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D13" w14:paraId="73CBF4DA" w14:textId="77777777" w:rsidTr="008D06F5">
        <w:tc>
          <w:tcPr>
            <w:tcW w:w="2723" w:type="dxa"/>
            <w:vAlign w:val="center"/>
          </w:tcPr>
          <w:p w14:paraId="7284220C" w14:textId="77777777" w:rsidR="006D2D13" w:rsidRDefault="006D2D13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 xml:space="preserve">Title of </w:t>
            </w:r>
            <w:r>
              <w:rPr>
                <w:b/>
                <w:bCs/>
              </w:rPr>
              <w:t xml:space="preserve">publication: </w:t>
            </w:r>
            <w:r>
              <w:rPr>
                <w:b/>
                <w:bCs/>
              </w:rPr>
              <w:tab/>
            </w:r>
          </w:p>
        </w:tc>
        <w:sdt>
          <w:sdtPr>
            <w:id w:val="-855731504"/>
            <w:placeholder>
              <w:docPart w:val="A31B6815A47640368EF06E4616CB25F5"/>
            </w:placeholder>
            <w:showingPlcHdr/>
          </w:sdtPr>
          <w:sdtContent>
            <w:tc>
              <w:tcPr>
                <w:tcW w:w="6627" w:type="dxa"/>
              </w:tcPr>
              <w:p w14:paraId="521B139B" w14:textId="77777777" w:rsidR="006D2D13" w:rsidRDefault="006D2D13" w:rsidP="00F10F93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D13" w14:paraId="28AC4221" w14:textId="77777777" w:rsidTr="008D06F5">
        <w:tc>
          <w:tcPr>
            <w:tcW w:w="2723" w:type="dxa"/>
            <w:vAlign w:val="center"/>
          </w:tcPr>
          <w:p w14:paraId="727D3D56" w14:textId="77777777" w:rsidR="006D2D13" w:rsidRDefault="006D2D13" w:rsidP="008D06F5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-1492713626"/>
            <w:placeholder>
              <w:docPart w:val="D65DF82CD6004F83A1245C5809E10E0C"/>
            </w:placeholder>
            <w:showingPlcHdr/>
          </w:sdtPr>
          <w:sdtContent>
            <w:tc>
              <w:tcPr>
                <w:tcW w:w="6627" w:type="dxa"/>
              </w:tcPr>
              <w:p w14:paraId="49A70D0B" w14:textId="77777777" w:rsidR="006D2D13" w:rsidRDefault="006D2D13" w:rsidP="00F10F9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D13" w14:paraId="274A6100" w14:textId="77777777" w:rsidTr="008D06F5">
        <w:tc>
          <w:tcPr>
            <w:tcW w:w="2723" w:type="dxa"/>
            <w:vAlign w:val="center"/>
          </w:tcPr>
          <w:p w14:paraId="7371AB60" w14:textId="77777777" w:rsidR="006D2D13" w:rsidRPr="00F4085D" w:rsidRDefault="006D2D13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Publication Date</w:t>
            </w:r>
          </w:p>
        </w:tc>
        <w:sdt>
          <w:sdtPr>
            <w:id w:val="1844740840"/>
            <w:placeholder>
              <w:docPart w:val="A61F05B5CD7A4FC2A2F6127494FC9E2F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6AC87556" w14:textId="77777777" w:rsidR="006D2D13" w:rsidRDefault="006D2D13" w:rsidP="00F10F93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6D2D13" w14:paraId="6C1FCB12" w14:textId="77777777" w:rsidTr="008D06F5">
        <w:tc>
          <w:tcPr>
            <w:tcW w:w="2723" w:type="dxa"/>
            <w:vAlign w:val="center"/>
          </w:tcPr>
          <w:p w14:paraId="6B78011C" w14:textId="77777777" w:rsidR="006D2D13" w:rsidRPr="00F4085D" w:rsidRDefault="006D2D13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 xml:space="preserve">DOI link </w:t>
            </w:r>
            <w:r>
              <w:rPr>
                <w:b/>
                <w:bCs/>
              </w:rPr>
              <w:t>(</w:t>
            </w:r>
            <w:r w:rsidRPr="00F4085D">
              <w:rPr>
                <w:b/>
                <w:bCs/>
              </w:rPr>
              <w:t>where applicable</w:t>
            </w:r>
            <w:r>
              <w:rPr>
                <w:b/>
                <w:bCs/>
              </w:rPr>
              <w:t>)</w:t>
            </w:r>
          </w:p>
          <w:p w14:paraId="75CF6D47" w14:textId="77777777" w:rsidR="006D2D13" w:rsidRDefault="006D2D13" w:rsidP="008D06F5"/>
        </w:tc>
        <w:sdt>
          <w:sdtPr>
            <w:id w:val="1799800363"/>
            <w:placeholder>
              <w:docPart w:val="CDC3D4A0FCC94CF9A02A26AD5845B794"/>
            </w:placeholder>
            <w:showingPlcHdr/>
          </w:sdtPr>
          <w:sdtContent>
            <w:tc>
              <w:tcPr>
                <w:tcW w:w="6627" w:type="dxa"/>
              </w:tcPr>
              <w:p w14:paraId="31A04264" w14:textId="77777777" w:rsidR="006D2D13" w:rsidRDefault="006D2D13" w:rsidP="00F10F9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D13" w14:paraId="049F5666" w14:textId="77777777" w:rsidTr="008D06F5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BE5C17" w14:textId="77777777" w:rsidR="006D2D13" w:rsidRPr="00F4085D" w:rsidRDefault="006D2D13" w:rsidP="008D06F5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DF9D39" w14:textId="4BC68D09" w:rsidR="006D2D13" w:rsidRDefault="006D2D13" w:rsidP="008D06F5"/>
        </w:tc>
      </w:tr>
      <w:tr w:rsidR="000822CC" w14:paraId="355AC538" w14:textId="77777777" w:rsidTr="008D06F5">
        <w:tc>
          <w:tcPr>
            <w:tcW w:w="2723" w:type="dxa"/>
            <w:vAlign w:val="center"/>
          </w:tcPr>
          <w:p w14:paraId="7AB53935" w14:textId="2D613BE5" w:rsidR="000822CC" w:rsidRDefault="000822CC" w:rsidP="008D06F5">
            <w:r>
              <w:rPr>
                <w:b/>
                <w:bCs/>
              </w:rPr>
              <w:t xml:space="preserve">Authors (as appears </w:t>
            </w:r>
            <w:proofErr w:type="gramStart"/>
            <w:r>
              <w:rPr>
                <w:b/>
                <w:bCs/>
              </w:rPr>
              <w:t>on</w:t>
            </w:r>
            <w:proofErr w:type="gramEnd"/>
            <w:r>
              <w:rPr>
                <w:b/>
                <w:bCs/>
              </w:rPr>
              <w:t xml:space="preserve"> publication):</w:t>
            </w:r>
          </w:p>
        </w:tc>
        <w:sdt>
          <w:sdtPr>
            <w:id w:val="1494762785"/>
            <w:placeholder>
              <w:docPart w:val="059508E39F9745DD98FE893ECD8B52BD"/>
            </w:placeholder>
            <w:showingPlcHdr/>
          </w:sdtPr>
          <w:sdtContent>
            <w:tc>
              <w:tcPr>
                <w:tcW w:w="6627" w:type="dxa"/>
              </w:tcPr>
              <w:p w14:paraId="156095AD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2EE524D7" w14:textId="77777777" w:rsidTr="008D06F5">
        <w:tc>
          <w:tcPr>
            <w:tcW w:w="2723" w:type="dxa"/>
            <w:vAlign w:val="center"/>
          </w:tcPr>
          <w:p w14:paraId="764CD819" w14:textId="77777777" w:rsidR="000822CC" w:rsidRDefault="000822CC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 xml:space="preserve">Title of </w:t>
            </w:r>
            <w:r>
              <w:rPr>
                <w:b/>
                <w:bCs/>
              </w:rPr>
              <w:t xml:space="preserve">publication: </w:t>
            </w:r>
            <w:r>
              <w:rPr>
                <w:b/>
                <w:bCs/>
              </w:rPr>
              <w:tab/>
            </w:r>
          </w:p>
        </w:tc>
        <w:sdt>
          <w:sdtPr>
            <w:id w:val="1311598047"/>
            <w:placeholder>
              <w:docPart w:val="C6CE23156D704F2082EEB4B2702C8BA2"/>
            </w:placeholder>
            <w:showingPlcHdr/>
          </w:sdtPr>
          <w:sdtContent>
            <w:tc>
              <w:tcPr>
                <w:tcW w:w="6627" w:type="dxa"/>
              </w:tcPr>
              <w:p w14:paraId="7D0B205A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24AC1B7A" w14:textId="77777777" w:rsidTr="008D06F5">
        <w:tc>
          <w:tcPr>
            <w:tcW w:w="2723" w:type="dxa"/>
            <w:vAlign w:val="center"/>
          </w:tcPr>
          <w:p w14:paraId="27C32798" w14:textId="77777777" w:rsidR="000822CC" w:rsidRDefault="000822CC" w:rsidP="008D06F5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-2068333701"/>
            <w:placeholder>
              <w:docPart w:val="D6A92655E7484C72B959CCD12CCDB3D0"/>
            </w:placeholder>
            <w:showingPlcHdr/>
          </w:sdtPr>
          <w:sdtContent>
            <w:tc>
              <w:tcPr>
                <w:tcW w:w="6627" w:type="dxa"/>
              </w:tcPr>
              <w:p w14:paraId="04D2C3BF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72298E0F" w14:textId="77777777" w:rsidTr="008D06F5">
        <w:tc>
          <w:tcPr>
            <w:tcW w:w="2723" w:type="dxa"/>
            <w:vAlign w:val="center"/>
          </w:tcPr>
          <w:p w14:paraId="79A6EDC9" w14:textId="77777777" w:rsidR="000822CC" w:rsidRPr="00F4085D" w:rsidRDefault="000822CC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Publication Date</w:t>
            </w:r>
          </w:p>
        </w:tc>
        <w:sdt>
          <w:sdtPr>
            <w:id w:val="-1318566743"/>
            <w:placeholder>
              <w:docPart w:val="9C975168F5AE47A0855A81AD5687984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13FD2964" w14:textId="77777777" w:rsidR="000822CC" w:rsidRDefault="000822CC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822CC" w14:paraId="0B59F5D2" w14:textId="77777777" w:rsidTr="008D06F5">
        <w:tc>
          <w:tcPr>
            <w:tcW w:w="2723" w:type="dxa"/>
            <w:vAlign w:val="center"/>
          </w:tcPr>
          <w:p w14:paraId="3F3BC026" w14:textId="77777777" w:rsidR="000822CC" w:rsidRPr="00F4085D" w:rsidRDefault="000822CC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 xml:space="preserve">DOI link </w:t>
            </w:r>
            <w:r>
              <w:rPr>
                <w:b/>
                <w:bCs/>
              </w:rPr>
              <w:t>(</w:t>
            </w:r>
            <w:r w:rsidRPr="00F4085D">
              <w:rPr>
                <w:b/>
                <w:bCs/>
              </w:rPr>
              <w:t>where applicable</w:t>
            </w:r>
            <w:r>
              <w:rPr>
                <w:b/>
                <w:bCs/>
              </w:rPr>
              <w:t>)</w:t>
            </w:r>
          </w:p>
          <w:p w14:paraId="72473E74" w14:textId="77777777" w:rsidR="000822CC" w:rsidRDefault="000822CC" w:rsidP="008D06F5"/>
        </w:tc>
        <w:sdt>
          <w:sdtPr>
            <w:id w:val="1214310295"/>
            <w:placeholder>
              <w:docPart w:val="C087B10D42CF4ADFAF219769437A4028"/>
            </w:placeholder>
            <w:showingPlcHdr/>
          </w:sdtPr>
          <w:sdtContent>
            <w:tc>
              <w:tcPr>
                <w:tcW w:w="6627" w:type="dxa"/>
              </w:tcPr>
              <w:p w14:paraId="3233E160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145AC9A2" w14:textId="77777777" w:rsidTr="008D06F5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3839E1" w14:textId="77777777" w:rsidR="000822CC" w:rsidRPr="00F4085D" w:rsidRDefault="000822CC" w:rsidP="008D06F5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11363F" w14:textId="48E8FDE6" w:rsidR="000822CC" w:rsidRDefault="000822CC" w:rsidP="008D06F5"/>
        </w:tc>
      </w:tr>
      <w:tr w:rsidR="000822CC" w14:paraId="760F016F" w14:textId="77777777" w:rsidTr="008D06F5">
        <w:tc>
          <w:tcPr>
            <w:tcW w:w="2723" w:type="dxa"/>
            <w:vAlign w:val="center"/>
          </w:tcPr>
          <w:p w14:paraId="0960D96A" w14:textId="166A83EA" w:rsidR="000822CC" w:rsidRDefault="000822CC" w:rsidP="008D06F5">
            <w:r>
              <w:rPr>
                <w:b/>
                <w:bCs/>
              </w:rPr>
              <w:t xml:space="preserve">Authors (as appears </w:t>
            </w:r>
            <w:proofErr w:type="gramStart"/>
            <w:r>
              <w:rPr>
                <w:b/>
                <w:bCs/>
              </w:rPr>
              <w:t>on</w:t>
            </w:r>
            <w:proofErr w:type="gramEnd"/>
            <w:r>
              <w:rPr>
                <w:b/>
                <w:bCs/>
              </w:rPr>
              <w:t xml:space="preserve"> publication):</w:t>
            </w:r>
          </w:p>
        </w:tc>
        <w:sdt>
          <w:sdtPr>
            <w:id w:val="-948546522"/>
            <w:placeholder>
              <w:docPart w:val="8BF1F4CD70E74D268A899A95690A022A"/>
            </w:placeholder>
            <w:showingPlcHdr/>
          </w:sdtPr>
          <w:sdtContent>
            <w:tc>
              <w:tcPr>
                <w:tcW w:w="6627" w:type="dxa"/>
              </w:tcPr>
              <w:p w14:paraId="63816510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60EB5405" w14:textId="77777777" w:rsidTr="008D06F5">
        <w:tc>
          <w:tcPr>
            <w:tcW w:w="2723" w:type="dxa"/>
            <w:vAlign w:val="center"/>
          </w:tcPr>
          <w:p w14:paraId="38B6EB5F" w14:textId="77777777" w:rsidR="000822CC" w:rsidRDefault="000822CC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 xml:space="preserve">Title of </w:t>
            </w:r>
            <w:r>
              <w:rPr>
                <w:b/>
                <w:bCs/>
              </w:rPr>
              <w:t xml:space="preserve">publication: </w:t>
            </w:r>
            <w:r>
              <w:rPr>
                <w:b/>
                <w:bCs/>
              </w:rPr>
              <w:tab/>
            </w:r>
          </w:p>
        </w:tc>
        <w:sdt>
          <w:sdtPr>
            <w:id w:val="-1754726139"/>
            <w:placeholder>
              <w:docPart w:val="EAB18B9A38924E35A31352645064F4E2"/>
            </w:placeholder>
            <w:showingPlcHdr/>
          </w:sdtPr>
          <w:sdtContent>
            <w:tc>
              <w:tcPr>
                <w:tcW w:w="6627" w:type="dxa"/>
              </w:tcPr>
              <w:p w14:paraId="5C7072A7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30FD09E4" w14:textId="77777777" w:rsidTr="008D06F5">
        <w:tc>
          <w:tcPr>
            <w:tcW w:w="2723" w:type="dxa"/>
            <w:vAlign w:val="center"/>
          </w:tcPr>
          <w:p w14:paraId="3F033E79" w14:textId="77777777" w:rsidR="000822CC" w:rsidRDefault="000822CC" w:rsidP="008D06F5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2025981005"/>
            <w:placeholder>
              <w:docPart w:val="9ECE229CBB56448093E206192ADEB9C3"/>
            </w:placeholder>
            <w:showingPlcHdr/>
          </w:sdtPr>
          <w:sdtContent>
            <w:tc>
              <w:tcPr>
                <w:tcW w:w="6627" w:type="dxa"/>
              </w:tcPr>
              <w:p w14:paraId="7A808F0E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1A72AC9A" w14:textId="77777777" w:rsidTr="008D06F5">
        <w:tc>
          <w:tcPr>
            <w:tcW w:w="2723" w:type="dxa"/>
            <w:vAlign w:val="center"/>
          </w:tcPr>
          <w:p w14:paraId="767148C4" w14:textId="77777777" w:rsidR="000822CC" w:rsidRPr="00F4085D" w:rsidRDefault="000822CC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Publication Date</w:t>
            </w:r>
          </w:p>
        </w:tc>
        <w:sdt>
          <w:sdtPr>
            <w:id w:val="1454060085"/>
            <w:placeholder>
              <w:docPart w:val="909A6BDCD2A84860A81B30E25BEEE8E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73017858" w14:textId="77777777" w:rsidR="000822CC" w:rsidRDefault="000822CC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822CC" w14:paraId="1E2A2709" w14:textId="77777777" w:rsidTr="008D06F5">
        <w:tc>
          <w:tcPr>
            <w:tcW w:w="2723" w:type="dxa"/>
            <w:vAlign w:val="center"/>
          </w:tcPr>
          <w:p w14:paraId="3C544153" w14:textId="77777777" w:rsidR="000822CC" w:rsidRPr="00F4085D" w:rsidRDefault="000822CC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 xml:space="preserve">DOI link </w:t>
            </w:r>
            <w:r>
              <w:rPr>
                <w:b/>
                <w:bCs/>
              </w:rPr>
              <w:t>(</w:t>
            </w:r>
            <w:r w:rsidRPr="00F4085D">
              <w:rPr>
                <w:b/>
                <w:bCs/>
              </w:rPr>
              <w:t>where applicable</w:t>
            </w:r>
            <w:r>
              <w:rPr>
                <w:b/>
                <w:bCs/>
              </w:rPr>
              <w:t>)</w:t>
            </w:r>
          </w:p>
          <w:p w14:paraId="075ADB88" w14:textId="77777777" w:rsidR="000822CC" w:rsidRDefault="000822CC" w:rsidP="008D06F5"/>
        </w:tc>
        <w:sdt>
          <w:sdtPr>
            <w:id w:val="1823235201"/>
            <w:placeholder>
              <w:docPart w:val="F067309E19B24F55814832404EEAC7C7"/>
            </w:placeholder>
            <w:showingPlcHdr/>
          </w:sdtPr>
          <w:sdtContent>
            <w:tc>
              <w:tcPr>
                <w:tcW w:w="6627" w:type="dxa"/>
              </w:tcPr>
              <w:p w14:paraId="43A4A3BB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27AC5978" w14:textId="77777777" w:rsidTr="008D06F5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283F89" w14:textId="77777777" w:rsidR="000822CC" w:rsidRPr="00F4085D" w:rsidRDefault="000822CC" w:rsidP="008D06F5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1A5E9B" w14:textId="3FF539B4" w:rsidR="000822CC" w:rsidRDefault="000822CC" w:rsidP="008D06F5"/>
        </w:tc>
      </w:tr>
    </w:tbl>
    <w:p w14:paraId="1BB5AA3B" w14:textId="6D792049" w:rsidR="00CC1592" w:rsidRPr="00CC1592" w:rsidRDefault="00CC1592" w:rsidP="00CC1592"/>
    <w:p w14:paraId="6B8A4DCF" w14:textId="16E31355" w:rsidR="00CC1592" w:rsidRDefault="00CC1592" w:rsidP="00597A18">
      <w:pPr>
        <w:pStyle w:val="Heading2"/>
      </w:pPr>
      <w:r w:rsidRPr="00CC1592">
        <w:t>Presentations and Ongoing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597A18" w14:paraId="2C78A9BB" w14:textId="77777777" w:rsidTr="008D06F5">
        <w:tc>
          <w:tcPr>
            <w:tcW w:w="2723" w:type="dxa"/>
            <w:vAlign w:val="center"/>
          </w:tcPr>
          <w:p w14:paraId="21E8EA1E" w14:textId="45A3F215" w:rsidR="00597A18" w:rsidRDefault="00597A18" w:rsidP="008D06F5">
            <w:r>
              <w:rPr>
                <w:b/>
                <w:bCs/>
              </w:rPr>
              <w:t>Authors (as appears on poster/talk):</w:t>
            </w:r>
          </w:p>
        </w:tc>
        <w:sdt>
          <w:sdtPr>
            <w:id w:val="-677568879"/>
            <w:placeholder>
              <w:docPart w:val="D5B4B76762754359A4C03A746FAC91A2"/>
            </w:placeholder>
            <w:showingPlcHdr/>
          </w:sdtPr>
          <w:sdtContent>
            <w:tc>
              <w:tcPr>
                <w:tcW w:w="6627" w:type="dxa"/>
              </w:tcPr>
              <w:p w14:paraId="7F6A4F7F" w14:textId="77777777" w:rsidR="00597A18" w:rsidRDefault="00597A18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A18" w14:paraId="7C8C3CA5" w14:textId="77777777" w:rsidTr="008D06F5">
        <w:tc>
          <w:tcPr>
            <w:tcW w:w="2723" w:type="dxa"/>
            <w:vAlign w:val="center"/>
          </w:tcPr>
          <w:p w14:paraId="2C1448AC" w14:textId="4DCD18FD" w:rsidR="00597A18" w:rsidRDefault="00597A18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 xml:space="preserve">Title of </w:t>
            </w:r>
            <w:r>
              <w:rPr>
                <w:b/>
                <w:bCs/>
              </w:rPr>
              <w:t xml:space="preserve">presentation: </w:t>
            </w:r>
            <w:r>
              <w:rPr>
                <w:b/>
                <w:bCs/>
              </w:rPr>
              <w:tab/>
            </w:r>
          </w:p>
        </w:tc>
        <w:sdt>
          <w:sdtPr>
            <w:id w:val="-305631756"/>
            <w:placeholder>
              <w:docPart w:val="9BEB36B29EB94A7498130424C198C46E"/>
            </w:placeholder>
            <w:showingPlcHdr/>
          </w:sdtPr>
          <w:sdtContent>
            <w:tc>
              <w:tcPr>
                <w:tcW w:w="6627" w:type="dxa"/>
              </w:tcPr>
              <w:p w14:paraId="2134AAE1" w14:textId="77777777" w:rsidR="00597A18" w:rsidRDefault="00597A18" w:rsidP="008D06F5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A18" w14:paraId="47FA9F72" w14:textId="77777777" w:rsidTr="008D06F5">
        <w:tc>
          <w:tcPr>
            <w:tcW w:w="2723" w:type="dxa"/>
            <w:vAlign w:val="center"/>
          </w:tcPr>
          <w:p w14:paraId="2AFF8E03" w14:textId="71D89D8D" w:rsidR="00597A18" w:rsidRDefault="00597A18" w:rsidP="008D06F5">
            <w:r w:rsidRPr="00F4085D">
              <w:rPr>
                <w:b/>
                <w:bCs/>
              </w:rPr>
              <w:t>Conference Name</w:t>
            </w:r>
            <w:r>
              <w:rPr>
                <w:b/>
                <w:bCs/>
              </w:rPr>
              <w:t>:</w:t>
            </w:r>
          </w:p>
        </w:tc>
        <w:sdt>
          <w:sdtPr>
            <w:id w:val="2005853114"/>
            <w:placeholder>
              <w:docPart w:val="914BDE126E234E62BD86E06E385071BC"/>
            </w:placeholder>
            <w:showingPlcHdr/>
          </w:sdtPr>
          <w:sdtContent>
            <w:tc>
              <w:tcPr>
                <w:tcW w:w="6627" w:type="dxa"/>
              </w:tcPr>
              <w:p w14:paraId="28F7DD89" w14:textId="77777777" w:rsidR="00597A18" w:rsidRDefault="00597A18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A18" w14:paraId="4E98E00E" w14:textId="77777777" w:rsidTr="008D06F5">
        <w:tc>
          <w:tcPr>
            <w:tcW w:w="2723" w:type="dxa"/>
            <w:vAlign w:val="center"/>
          </w:tcPr>
          <w:p w14:paraId="1F40C097" w14:textId="4CB0F6EF" w:rsidR="00597A18" w:rsidRPr="00F4085D" w:rsidRDefault="00597A18" w:rsidP="008D06F5">
            <w:pPr>
              <w:rPr>
                <w:b/>
                <w:bCs/>
              </w:rPr>
            </w:pPr>
            <w:r>
              <w:rPr>
                <w:b/>
                <w:bCs/>
              </w:rPr>
              <w:t>Conference</w:t>
            </w:r>
            <w:r w:rsidRPr="00F4085D">
              <w:rPr>
                <w:b/>
                <w:bCs/>
              </w:rPr>
              <w:t xml:space="preserve"> Date</w:t>
            </w:r>
          </w:p>
        </w:tc>
        <w:sdt>
          <w:sdtPr>
            <w:id w:val="-1079674704"/>
            <w:placeholder>
              <w:docPart w:val="9328960A443142C2B3B21E345BABA2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12291F0D" w14:textId="29712FEE" w:rsidR="00597A18" w:rsidRDefault="00597A18" w:rsidP="008D06F5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A18" w14:paraId="24810214" w14:textId="77777777" w:rsidTr="008D06F5">
        <w:tc>
          <w:tcPr>
            <w:tcW w:w="2723" w:type="dxa"/>
            <w:vAlign w:val="center"/>
          </w:tcPr>
          <w:p w14:paraId="74C3A79C" w14:textId="1D52F287" w:rsidR="00597A18" w:rsidRPr="00F4085D" w:rsidRDefault="00597A18" w:rsidP="008D06F5">
            <w:pPr>
              <w:rPr>
                <w:b/>
                <w:bCs/>
              </w:rPr>
            </w:pPr>
            <w:r>
              <w:rPr>
                <w:b/>
                <w:bCs/>
              </w:rPr>
              <w:t>Web link (</w:t>
            </w:r>
            <w:r w:rsidRPr="00F4085D">
              <w:rPr>
                <w:b/>
                <w:bCs/>
              </w:rPr>
              <w:t>where applicable</w:t>
            </w:r>
            <w:r>
              <w:rPr>
                <w:b/>
                <w:bCs/>
              </w:rPr>
              <w:t>):</w:t>
            </w:r>
          </w:p>
          <w:p w14:paraId="11020BA7" w14:textId="77777777" w:rsidR="00597A18" w:rsidRDefault="00597A18" w:rsidP="008D06F5"/>
        </w:tc>
        <w:sdt>
          <w:sdtPr>
            <w:id w:val="-891187320"/>
            <w:placeholder>
              <w:docPart w:val="776919BD3B3A4FF3AC9F4BD105C4573E"/>
            </w:placeholder>
            <w:showingPlcHdr/>
          </w:sdtPr>
          <w:sdtContent>
            <w:tc>
              <w:tcPr>
                <w:tcW w:w="6627" w:type="dxa"/>
              </w:tcPr>
              <w:p w14:paraId="1685C270" w14:textId="77777777" w:rsidR="00597A18" w:rsidRDefault="00597A18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A18" w14:paraId="52228AE8" w14:textId="77777777" w:rsidTr="008D06F5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CDF0A8" w14:textId="77777777" w:rsidR="00597A18" w:rsidRPr="00F4085D" w:rsidRDefault="00597A18" w:rsidP="008D06F5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964003" w14:textId="38E2FF52" w:rsidR="00597A18" w:rsidRDefault="00597A18" w:rsidP="008D06F5"/>
        </w:tc>
      </w:tr>
      <w:tr w:rsidR="000822CC" w14:paraId="5B212242" w14:textId="77777777" w:rsidTr="008D06F5">
        <w:tc>
          <w:tcPr>
            <w:tcW w:w="2723" w:type="dxa"/>
            <w:vAlign w:val="center"/>
          </w:tcPr>
          <w:p w14:paraId="775D441F" w14:textId="6D7FBCA3" w:rsidR="000822CC" w:rsidRDefault="000822CC" w:rsidP="008D06F5">
            <w:r>
              <w:rPr>
                <w:b/>
                <w:bCs/>
              </w:rPr>
              <w:t>Authors (as appears on poster/talk):</w:t>
            </w:r>
          </w:p>
        </w:tc>
        <w:sdt>
          <w:sdtPr>
            <w:id w:val="1960990687"/>
            <w:placeholder>
              <w:docPart w:val="9AFC6C6984324778BADD873CDA160A6B"/>
            </w:placeholder>
            <w:showingPlcHdr/>
          </w:sdtPr>
          <w:sdtContent>
            <w:tc>
              <w:tcPr>
                <w:tcW w:w="6627" w:type="dxa"/>
              </w:tcPr>
              <w:p w14:paraId="500B4349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764A84D4" w14:textId="77777777" w:rsidTr="008D06F5">
        <w:tc>
          <w:tcPr>
            <w:tcW w:w="2723" w:type="dxa"/>
            <w:vAlign w:val="center"/>
          </w:tcPr>
          <w:p w14:paraId="212C168B" w14:textId="77777777" w:rsidR="000822CC" w:rsidRDefault="000822CC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 xml:space="preserve">Title of </w:t>
            </w:r>
            <w:r>
              <w:rPr>
                <w:b/>
                <w:bCs/>
              </w:rPr>
              <w:t xml:space="preserve">presentation: </w:t>
            </w:r>
            <w:r>
              <w:rPr>
                <w:b/>
                <w:bCs/>
              </w:rPr>
              <w:tab/>
            </w:r>
          </w:p>
        </w:tc>
        <w:sdt>
          <w:sdtPr>
            <w:id w:val="1964764317"/>
            <w:placeholder>
              <w:docPart w:val="DB0C15635D2E48B8A0050A223B3CB9E1"/>
            </w:placeholder>
            <w:showingPlcHdr/>
          </w:sdtPr>
          <w:sdtContent>
            <w:tc>
              <w:tcPr>
                <w:tcW w:w="6627" w:type="dxa"/>
              </w:tcPr>
              <w:p w14:paraId="3369A0CC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66F1EBF4" w14:textId="77777777" w:rsidTr="008D06F5">
        <w:tc>
          <w:tcPr>
            <w:tcW w:w="2723" w:type="dxa"/>
            <w:vAlign w:val="center"/>
          </w:tcPr>
          <w:p w14:paraId="23D6A73D" w14:textId="77777777" w:rsidR="000822CC" w:rsidRDefault="000822CC" w:rsidP="008D06F5">
            <w:r w:rsidRPr="00F4085D">
              <w:rPr>
                <w:b/>
                <w:bCs/>
              </w:rPr>
              <w:t>Conference Name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573575693"/>
            <w:placeholder>
              <w:docPart w:val="06177B2E19B3465EA12224F2D1D6E63B"/>
            </w:placeholder>
            <w:showingPlcHdr/>
          </w:sdtPr>
          <w:sdtContent>
            <w:tc>
              <w:tcPr>
                <w:tcW w:w="6627" w:type="dxa"/>
              </w:tcPr>
              <w:p w14:paraId="7CDA8A20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5A897F74" w14:textId="77777777" w:rsidTr="008D06F5">
        <w:tc>
          <w:tcPr>
            <w:tcW w:w="2723" w:type="dxa"/>
            <w:vAlign w:val="center"/>
          </w:tcPr>
          <w:p w14:paraId="69F5D311" w14:textId="77777777" w:rsidR="000822CC" w:rsidRPr="00F4085D" w:rsidRDefault="000822CC" w:rsidP="008D06F5">
            <w:pPr>
              <w:rPr>
                <w:b/>
                <w:bCs/>
              </w:rPr>
            </w:pPr>
            <w:r>
              <w:rPr>
                <w:b/>
                <w:bCs/>
              </w:rPr>
              <w:t>Conference</w:t>
            </w:r>
            <w:r w:rsidRPr="00F4085D">
              <w:rPr>
                <w:b/>
                <w:bCs/>
              </w:rPr>
              <w:t xml:space="preserve"> Date</w:t>
            </w:r>
          </w:p>
        </w:tc>
        <w:sdt>
          <w:sdtPr>
            <w:id w:val="2144933659"/>
            <w:placeholder>
              <w:docPart w:val="5E03795117B94F0BA99796ACAD32A0D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16AF34CE" w14:textId="77777777" w:rsidR="000822CC" w:rsidRDefault="000822CC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822CC" w14:paraId="73CEB906" w14:textId="77777777" w:rsidTr="008D06F5">
        <w:tc>
          <w:tcPr>
            <w:tcW w:w="2723" w:type="dxa"/>
            <w:vAlign w:val="center"/>
          </w:tcPr>
          <w:p w14:paraId="67EB5CF4" w14:textId="77777777" w:rsidR="000822CC" w:rsidRPr="00F4085D" w:rsidRDefault="000822CC" w:rsidP="008D06F5">
            <w:pPr>
              <w:rPr>
                <w:b/>
                <w:bCs/>
              </w:rPr>
            </w:pPr>
            <w:r>
              <w:rPr>
                <w:b/>
                <w:bCs/>
              </w:rPr>
              <w:t>Web link (</w:t>
            </w:r>
            <w:r w:rsidRPr="00F4085D">
              <w:rPr>
                <w:b/>
                <w:bCs/>
              </w:rPr>
              <w:t>where applicable</w:t>
            </w:r>
            <w:r>
              <w:rPr>
                <w:b/>
                <w:bCs/>
              </w:rPr>
              <w:t>):</w:t>
            </w:r>
          </w:p>
          <w:p w14:paraId="4B59F859" w14:textId="77777777" w:rsidR="000822CC" w:rsidRDefault="000822CC" w:rsidP="008D06F5"/>
        </w:tc>
        <w:sdt>
          <w:sdtPr>
            <w:id w:val="-1603251079"/>
            <w:placeholder>
              <w:docPart w:val="3C696CD9D7EA4D53A38A7122FF0F5D2F"/>
            </w:placeholder>
            <w:showingPlcHdr/>
          </w:sdtPr>
          <w:sdtContent>
            <w:tc>
              <w:tcPr>
                <w:tcW w:w="6627" w:type="dxa"/>
              </w:tcPr>
              <w:p w14:paraId="559943E6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7031FA96" w14:textId="77777777" w:rsidTr="008D06F5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9D1FA7" w14:textId="77777777" w:rsidR="000822CC" w:rsidRPr="00F4085D" w:rsidRDefault="000822CC" w:rsidP="008D06F5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D428E8" w14:textId="7C809FCF" w:rsidR="000822CC" w:rsidRDefault="000822CC" w:rsidP="008D06F5"/>
        </w:tc>
      </w:tr>
      <w:tr w:rsidR="000822CC" w14:paraId="6F437F35" w14:textId="77777777" w:rsidTr="008D06F5">
        <w:tc>
          <w:tcPr>
            <w:tcW w:w="2723" w:type="dxa"/>
            <w:vAlign w:val="center"/>
          </w:tcPr>
          <w:p w14:paraId="3193B747" w14:textId="6D1D91FA" w:rsidR="000822CC" w:rsidRDefault="000822CC" w:rsidP="008D06F5">
            <w:r>
              <w:rPr>
                <w:b/>
                <w:bCs/>
              </w:rPr>
              <w:t>Authors (as appears on poster/talk):</w:t>
            </w:r>
          </w:p>
        </w:tc>
        <w:sdt>
          <w:sdtPr>
            <w:id w:val="18279199"/>
            <w:placeholder>
              <w:docPart w:val="E44E6195E08B4431981F541BC861BC8F"/>
            </w:placeholder>
            <w:showingPlcHdr/>
          </w:sdtPr>
          <w:sdtContent>
            <w:tc>
              <w:tcPr>
                <w:tcW w:w="6627" w:type="dxa"/>
              </w:tcPr>
              <w:p w14:paraId="0AEADD96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50A2C4BF" w14:textId="77777777" w:rsidTr="008D06F5">
        <w:tc>
          <w:tcPr>
            <w:tcW w:w="2723" w:type="dxa"/>
            <w:vAlign w:val="center"/>
          </w:tcPr>
          <w:p w14:paraId="0B740B8B" w14:textId="77777777" w:rsidR="000822CC" w:rsidRDefault="000822CC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 xml:space="preserve">Title of </w:t>
            </w:r>
            <w:r>
              <w:rPr>
                <w:b/>
                <w:bCs/>
              </w:rPr>
              <w:t xml:space="preserve">presentation: </w:t>
            </w:r>
            <w:r>
              <w:rPr>
                <w:b/>
                <w:bCs/>
              </w:rPr>
              <w:tab/>
            </w:r>
          </w:p>
        </w:tc>
        <w:sdt>
          <w:sdtPr>
            <w:id w:val="1844355700"/>
            <w:placeholder>
              <w:docPart w:val="65A31A02A1764F8E95CDD615093FD5DA"/>
            </w:placeholder>
            <w:showingPlcHdr/>
          </w:sdtPr>
          <w:sdtContent>
            <w:tc>
              <w:tcPr>
                <w:tcW w:w="6627" w:type="dxa"/>
              </w:tcPr>
              <w:p w14:paraId="7DEB8D90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08628B3D" w14:textId="77777777" w:rsidTr="008D06F5">
        <w:tc>
          <w:tcPr>
            <w:tcW w:w="2723" w:type="dxa"/>
            <w:vAlign w:val="center"/>
          </w:tcPr>
          <w:p w14:paraId="0F62C1E9" w14:textId="77777777" w:rsidR="000822CC" w:rsidRDefault="000822CC" w:rsidP="008D06F5">
            <w:r w:rsidRPr="00F4085D">
              <w:rPr>
                <w:b/>
                <w:bCs/>
              </w:rPr>
              <w:t>Conference Name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501810093"/>
            <w:placeholder>
              <w:docPart w:val="B6972144EC384D448D57FE095053B8C4"/>
            </w:placeholder>
            <w:showingPlcHdr/>
          </w:sdtPr>
          <w:sdtContent>
            <w:tc>
              <w:tcPr>
                <w:tcW w:w="6627" w:type="dxa"/>
              </w:tcPr>
              <w:p w14:paraId="5AB5B80C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18990DE1" w14:textId="77777777" w:rsidTr="008D06F5">
        <w:tc>
          <w:tcPr>
            <w:tcW w:w="2723" w:type="dxa"/>
            <w:vAlign w:val="center"/>
          </w:tcPr>
          <w:p w14:paraId="478465B2" w14:textId="77777777" w:rsidR="000822CC" w:rsidRPr="00F4085D" w:rsidRDefault="000822CC" w:rsidP="008D06F5">
            <w:pPr>
              <w:rPr>
                <w:b/>
                <w:bCs/>
              </w:rPr>
            </w:pPr>
            <w:r>
              <w:rPr>
                <w:b/>
                <w:bCs/>
              </w:rPr>
              <w:t>Conference</w:t>
            </w:r>
            <w:r w:rsidRPr="00F4085D">
              <w:rPr>
                <w:b/>
                <w:bCs/>
              </w:rPr>
              <w:t xml:space="preserve"> Date</w:t>
            </w:r>
          </w:p>
        </w:tc>
        <w:sdt>
          <w:sdtPr>
            <w:id w:val="-555466364"/>
            <w:placeholder>
              <w:docPart w:val="6211FD4175B54FB3966659938CB584F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D3E42E5" w14:textId="77777777" w:rsidR="000822CC" w:rsidRDefault="000822CC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822CC" w14:paraId="381DCD36" w14:textId="77777777" w:rsidTr="008D06F5">
        <w:tc>
          <w:tcPr>
            <w:tcW w:w="2723" w:type="dxa"/>
            <w:vAlign w:val="center"/>
          </w:tcPr>
          <w:p w14:paraId="42B63D8A" w14:textId="77777777" w:rsidR="000822CC" w:rsidRPr="00F4085D" w:rsidRDefault="000822CC" w:rsidP="008D06F5">
            <w:pPr>
              <w:rPr>
                <w:b/>
                <w:bCs/>
              </w:rPr>
            </w:pPr>
            <w:r>
              <w:rPr>
                <w:b/>
                <w:bCs/>
              </w:rPr>
              <w:t>Web link (</w:t>
            </w:r>
            <w:r w:rsidRPr="00F4085D">
              <w:rPr>
                <w:b/>
                <w:bCs/>
              </w:rPr>
              <w:t>where applicable</w:t>
            </w:r>
            <w:r>
              <w:rPr>
                <w:b/>
                <w:bCs/>
              </w:rPr>
              <w:t>):</w:t>
            </w:r>
          </w:p>
          <w:p w14:paraId="6463B7F0" w14:textId="77777777" w:rsidR="000822CC" w:rsidRDefault="000822CC" w:rsidP="008D06F5"/>
        </w:tc>
        <w:sdt>
          <w:sdtPr>
            <w:id w:val="-1349018428"/>
            <w:placeholder>
              <w:docPart w:val="49E8F7914B3A4132BC8AE05EEA0B4407"/>
            </w:placeholder>
            <w:showingPlcHdr/>
          </w:sdtPr>
          <w:sdtContent>
            <w:tc>
              <w:tcPr>
                <w:tcW w:w="6627" w:type="dxa"/>
              </w:tcPr>
              <w:p w14:paraId="6094661A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5301F5D3" w14:textId="77777777" w:rsidTr="008D06F5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565B52" w14:textId="77777777" w:rsidR="000822CC" w:rsidRPr="00F4085D" w:rsidRDefault="000822CC" w:rsidP="008D06F5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FA364E" w14:textId="4D0FAAF0" w:rsidR="000822CC" w:rsidRDefault="000822CC" w:rsidP="008D06F5"/>
        </w:tc>
      </w:tr>
      <w:tr w:rsidR="000822CC" w14:paraId="6EA56F0B" w14:textId="77777777" w:rsidTr="008D06F5">
        <w:tc>
          <w:tcPr>
            <w:tcW w:w="2723" w:type="dxa"/>
            <w:vAlign w:val="center"/>
          </w:tcPr>
          <w:p w14:paraId="53DDDAC0" w14:textId="4F7B2535" w:rsidR="000822CC" w:rsidRDefault="000822CC" w:rsidP="008D06F5">
            <w:r>
              <w:rPr>
                <w:b/>
                <w:bCs/>
              </w:rPr>
              <w:t>Authors (as appears on poster/talk):</w:t>
            </w:r>
          </w:p>
        </w:tc>
        <w:sdt>
          <w:sdtPr>
            <w:id w:val="-225070580"/>
            <w:placeholder>
              <w:docPart w:val="55D43452BA34491BB112C4B5BB96C3AA"/>
            </w:placeholder>
            <w:showingPlcHdr/>
          </w:sdtPr>
          <w:sdtContent>
            <w:tc>
              <w:tcPr>
                <w:tcW w:w="6627" w:type="dxa"/>
              </w:tcPr>
              <w:p w14:paraId="011DC89A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15B8C3A7" w14:textId="77777777" w:rsidTr="008D06F5">
        <w:tc>
          <w:tcPr>
            <w:tcW w:w="2723" w:type="dxa"/>
            <w:vAlign w:val="center"/>
          </w:tcPr>
          <w:p w14:paraId="5BA1F48D" w14:textId="77777777" w:rsidR="000822CC" w:rsidRDefault="000822CC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 xml:space="preserve">Title of </w:t>
            </w:r>
            <w:r>
              <w:rPr>
                <w:b/>
                <w:bCs/>
              </w:rPr>
              <w:t xml:space="preserve">presentation: </w:t>
            </w:r>
            <w:r>
              <w:rPr>
                <w:b/>
                <w:bCs/>
              </w:rPr>
              <w:tab/>
            </w:r>
          </w:p>
        </w:tc>
        <w:sdt>
          <w:sdtPr>
            <w:id w:val="-933127443"/>
            <w:placeholder>
              <w:docPart w:val="FBEBF7AB3DA8407CAD10E450F73E917E"/>
            </w:placeholder>
            <w:showingPlcHdr/>
          </w:sdtPr>
          <w:sdtContent>
            <w:tc>
              <w:tcPr>
                <w:tcW w:w="6627" w:type="dxa"/>
              </w:tcPr>
              <w:p w14:paraId="6F2FBED4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50262325" w14:textId="77777777" w:rsidTr="008D06F5">
        <w:tc>
          <w:tcPr>
            <w:tcW w:w="2723" w:type="dxa"/>
            <w:vAlign w:val="center"/>
          </w:tcPr>
          <w:p w14:paraId="6C36A23A" w14:textId="77777777" w:rsidR="000822CC" w:rsidRDefault="000822CC" w:rsidP="008D06F5">
            <w:r w:rsidRPr="00F4085D">
              <w:rPr>
                <w:b/>
                <w:bCs/>
              </w:rPr>
              <w:t>Conference Name</w:t>
            </w:r>
            <w:r>
              <w:rPr>
                <w:b/>
                <w:bCs/>
              </w:rPr>
              <w:t>:</w:t>
            </w:r>
          </w:p>
        </w:tc>
        <w:sdt>
          <w:sdtPr>
            <w:id w:val="-623233753"/>
            <w:placeholder>
              <w:docPart w:val="787E671E6CA242A6A7CC88152802E8B8"/>
            </w:placeholder>
            <w:showingPlcHdr/>
          </w:sdtPr>
          <w:sdtContent>
            <w:tc>
              <w:tcPr>
                <w:tcW w:w="6627" w:type="dxa"/>
              </w:tcPr>
              <w:p w14:paraId="06FA6CA1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2C49B756" w14:textId="77777777" w:rsidTr="008D06F5">
        <w:tc>
          <w:tcPr>
            <w:tcW w:w="2723" w:type="dxa"/>
            <w:vAlign w:val="center"/>
          </w:tcPr>
          <w:p w14:paraId="621F274B" w14:textId="77777777" w:rsidR="000822CC" w:rsidRPr="00F4085D" w:rsidRDefault="000822CC" w:rsidP="008D06F5">
            <w:pPr>
              <w:rPr>
                <w:b/>
                <w:bCs/>
              </w:rPr>
            </w:pPr>
            <w:r>
              <w:rPr>
                <w:b/>
                <w:bCs/>
              </w:rPr>
              <w:t>Conference</w:t>
            </w:r>
            <w:r w:rsidRPr="00F4085D">
              <w:rPr>
                <w:b/>
                <w:bCs/>
              </w:rPr>
              <w:t xml:space="preserve"> Date</w:t>
            </w:r>
          </w:p>
        </w:tc>
        <w:sdt>
          <w:sdtPr>
            <w:id w:val="1742130305"/>
            <w:placeholder>
              <w:docPart w:val="4431D815EFCB432BBED53E12D684BD7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603354D1" w14:textId="77777777" w:rsidR="000822CC" w:rsidRDefault="000822CC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822CC" w14:paraId="4629A20F" w14:textId="77777777" w:rsidTr="008D06F5">
        <w:tc>
          <w:tcPr>
            <w:tcW w:w="2723" w:type="dxa"/>
            <w:vAlign w:val="center"/>
          </w:tcPr>
          <w:p w14:paraId="230B16D1" w14:textId="77777777" w:rsidR="000822CC" w:rsidRPr="00F4085D" w:rsidRDefault="000822CC" w:rsidP="008D06F5">
            <w:pPr>
              <w:rPr>
                <w:b/>
                <w:bCs/>
              </w:rPr>
            </w:pPr>
            <w:r>
              <w:rPr>
                <w:b/>
                <w:bCs/>
              </w:rPr>
              <w:t>Web link (</w:t>
            </w:r>
            <w:r w:rsidRPr="00F4085D">
              <w:rPr>
                <w:b/>
                <w:bCs/>
              </w:rPr>
              <w:t>where applicable</w:t>
            </w:r>
            <w:r>
              <w:rPr>
                <w:b/>
                <w:bCs/>
              </w:rPr>
              <w:t>):</w:t>
            </w:r>
          </w:p>
          <w:p w14:paraId="7B7708B8" w14:textId="77777777" w:rsidR="000822CC" w:rsidRDefault="000822CC" w:rsidP="008D06F5"/>
        </w:tc>
        <w:sdt>
          <w:sdtPr>
            <w:id w:val="-665714880"/>
            <w:placeholder>
              <w:docPart w:val="F5B367AC8A6F4CE29549B22B4708224A"/>
            </w:placeholder>
            <w:showingPlcHdr/>
          </w:sdtPr>
          <w:sdtContent>
            <w:tc>
              <w:tcPr>
                <w:tcW w:w="6627" w:type="dxa"/>
              </w:tcPr>
              <w:p w14:paraId="20966EE9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1FB49DEC" w14:textId="77777777" w:rsidTr="008D06F5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3AE2E1" w14:textId="77777777" w:rsidR="000822CC" w:rsidRPr="00F4085D" w:rsidRDefault="000822CC" w:rsidP="008D06F5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1EABE0" w14:textId="5310C6B5" w:rsidR="000822CC" w:rsidRDefault="000822CC" w:rsidP="008D06F5"/>
        </w:tc>
      </w:tr>
    </w:tbl>
    <w:p w14:paraId="01499F46" w14:textId="138F4030" w:rsidR="00214ECC" w:rsidRDefault="003729FB">
      <w:pPr>
        <w:pStyle w:val="Heading1"/>
      </w:pPr>
      <w:r>
        <w:lastRenderedPageBreak/>
        <w:t>Teaching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14:paraId="66F7ED9E" w14:textId="77777777" w:rsidTr="00A0792E">
        <w:tc>
          <w:tcPr>
            <w:tcW w:w="2689" w:type="dxa"/>
          </w:tcPr>
          <w:p w14:paraId="1ADD563F" w14:textId="2E4AF891" w:rsidR="00E9708F" w:rsidRDefault="00E9708F">
            <w:r w:rsidRPr="00F4085D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Content>
            <w:tc>
              <w:tcPr>
                <w:tcW w:w="6661" w:type="dxa"/>
              </w:tcPr>
              <w:p w14:paraId="38426A61" w14:textId="6DC414F8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B740C1B" w14:textId="77777777" w:rsidTr="00A0792E">
        <w:tc>
          <w:tcPr>
            <w:tcW w:w="2689" w:type="dxa"/>
          </w:tcPr>
          <w:p w14:paraId="5063B332" w14:textId="5483306F" w:rsidR="00E9708F" w:rsidRDefault="00E9708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Content>
            <w:tc>
              <w:tcPr>
                <w:tcW w:w="6661" w:type="dxa"/>
              </w:tcPr>
              <w:p w14:paraId="1BDE551D" w14:textId="5EDF4B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66CA38CE" w14:textId="77777777" w:rsidTr="00A0792E">
        <w:tc>
          <w:tcPr>
            <w:tcW w:w="2689" w:type="dxa"/>
          </w:tcPr>
          <w:p w14:paraId="6E014817" w14:textId="4BF4295B" w:rsidR="00E9708F" w:rsidRDefault="00E9708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Content>
            <w:tc>
              <w:tcPr>
                <w:tcW w:w="6661" w:type="dxa"/>
              </w:tcPr>
              <w:p w14:paraId="423783DB" w14:textId="2A8EDBCC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7EA1DB7" w14:textId="77777777" w:rsidTr="00A0792E">
        <w:tc>
          <w:tcPr>
            <w:tcW w:w="2689" w:type="dxa"/>
          </w:tcPr>
          <w:p w14:paraId="287584B0" w14:textId="06A002E5" w:rsidR="00E9708F" w:rsidRPr="00F4085D" w:rsidRDefault="00597A18" w:rsidP="00E9708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Intended </w:t>
            </w:r>
            <w:r w:rsidR="00E9708F" w:rsidRPr="00F4085D">
              <w:rPr>
                <w:b/>
                <w:bCs/>
              </w:rPr>
              <w:t>Audience</w:t>
            </w:r>
          </w:p>
          <w:p w14:paraId="76F22547" w14:textId="77777777" w:rsidR="00E9708F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Content>
            <w:tc>
              <w:tcPr>
                <w:tcW w:w="6661" w:type="dxa"/>
              </w:tcPr>
              <w:p w14:paraId="428D0AF4" w14:textId="14E793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605DD3C8" w14:textId="77777777" w:rsidTr="00A0792E">
        <w:tc>
          <w:tcPr>
            <w:tcW w:w="2689" w:type="dxa"/>
          </w:tcPr>
          <w:p w14:paraId="3ACF7AFC" w14:textId="2D9BB58C" w:rsidR="00E9708F" w:rsidRDefault="00E9708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Content>
            <w:tc>
              <w:tcPr>
                <w:tcW w:w="6661" w:type="dxa"/>
              </w:tcPr>
              <w:p w14:paraId="44ADF35B" w14:textId="075D342D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49D4F6D3" w:rsidR="00E9708F" w:rsidRDefault="00E9708F"/>
        </w:tc>
      </w:tr>
      <w:tr w:rsidR="006D2D13" w14:paraId="3A5CB14E" w14:textId="77777777" w:rsidTr="00A0792E">
        <w:tc>
          <w:tcPr>
            <w:tcW w:w="2689" w:type="dxa"/>
          </w:tcPr>
          <w:p w14:paraId="61EF1C9F" w14:textId="2455E7C0" w:rsidR="006D2D13" w:rsidRDefault="006D2D13">
            <w:r w:rsidRPr="00F4085D">
              <w:rPr>
                <w:b/>
                <w:bCs/>
              </w:rPr>
              <w:t>Role</w:t>
            </w:r>
          </w:p>
        </w:tc>
        <w:sdt>
          <w:sdtPr>
            <w:id w:val="159593561"/>
            <w:placeholder>
              <w:docPart w:val="8BCFB9C1AC9D4839ABCED80D73E5E142"/>
            </w:placeholder>
            <w:showingPlcHdr/>
          </w:sdtPr>
          <w:sdtContent>
            <w:tc>
              <w:tcPr>
                <w:tcW w:w="6661" w:type="dxa"/>
              </w:tcPr>
              <w:p w14:paraId="2D29DEFF" w14:textId="77777777" w:rsidR="006D2D13" w:rsidRDefault="006D2D13" w:rsidP="00F10F9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D13" w14:paraId="23887DFE" w14:textId="77777777" w:rsidTr="00A0792E">
        <w:tc>
          <w:tcPr>
            <w:tcW w:w="2689" w:type="dxa"/>
          </w:tcPr>
          <w:p w14:paraId="110AE0EB" w14:textId="77777777" w:rsidR="006D2D13" w:rsidRDefault="006D2D13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2032400947"/>
            <w:placeholder>
              <w:docPart w:val="CCA77B9B51824BC0B08E6A136990FE80"/>
            </w:placeholder>
            <w:showingPlcHdr/>
          </w:sdtPr>
          <w:sdtContent>
            <w:tc>
              <w:tcPr>
                <w:tcW w:w="6661" w:type="dxa"/>
              </w:tcPr>
              <w:p w14:paraId="69635A34" w14:textId="77777777" w:rsidR="006D2D13" w:rsidRDefault="006D2D13" w:rsidP="00F10F9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D13" w14:paraId="0BEE2F81" w14:textId="77777777" w:rsidTr="00A0792E">
        <w:tc>
          <w:tcPr>
            <w:tcW w:w="2689" w:type="dxa"/>
          </w:tcPr>
          <w:p w14:paraId="465651D7" w14:textId="77777777" w:rsidR="006D2D13" w:rsidRDefault="006D2D13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979843748"/>
            <w:placeholder>
              <w:docPart w:val="9A55299D04524608BA2E32D58C412F83"/>
            </w:placeholder>
            <w:showingPlcHdr/>
          </w:sdtPr>
          <w:sdtContent>
            <w:tc>
              <w:tcPr>
                <w:tcW w:w="6661" w:type="dxa"/>
              </w:tcPr>
              <w:p w14:paraId="788E7367" w14:textId="77777777" w:rsidR="006D2D13" w:rsidRDefault="006D2D13" w:rsidP="00F10F9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D13" w14:paraId="4B78F374" w14:textId="77777777" w:rsidTr="00A0792E">
        <w:tc>
          <w:tcPr>
            <w:tcW w:w="2689" w:type="dxa"/>
          </w:tcPr>
          <w:p w14:paraId="4BA12FB8" w14:textId="77777777" w:rsidR="006D2D13" w:rsidRPr="00F4085D" w:rsidRDefault="006D2D13" w:rsidP="00E9708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Intended </w:t>
            </w:r>
            <w:r w:rsidRPr="00F4085D">
              <w:rPr>
                <w:b/>
                <w:bCs/>
              </w:rPr>
              <w:t>Audience</w:t>
            </w:r>
          </w:p>
          <w:p w14:paraId="01B0871B" w14:textId="77777777" w:rsidR="006D2D13" w:rsidRDefault="006D2D13"/>
        </w:tc>
        <w:sdt>
          <w:sdtPr>
            <w:id w:val="-1071881870"/>
            <w:placeholder>
              <w:docPart w:val="3A8EE46B17194A198967536CF7F6B036"/>
            </w:placeholder>
            <w:showingPlcHdr/>
          </w:sdtPr>
          <w:sdtContent>
            <w:tc>
              <w:tcPr>
                <w:tcW w:w="6661" w:type="dxa"/>
              </w:tcPr>
              <w:p w14:paraId="6C3BC171" w14:textId="77777777" w:rsidR="006D2D13" w:rsidRDefault="006D2D13" w:rsidP="00F10F9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D13" w14:paraId="6FBBF43A" w14:textId="77777777" w:rsidTr="00A0792E">
        <w:tc>
          <w:tcPr>
            <w:tcW w:w="2689" w:type="dxa"/>
          </w:tcPr>
          <w:p w14:paraId="7A208D2B" w14:textId="77777777" w:rsidR="006D2D13" w:rsidRDefault="006D2D13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1632249109"/>
            <w:placeholder>
              <w:docPart w:val="10294CA3D5B540E08F82698A028B2D3A"/>
            </w:placeholder>
            <w:showingPlcHdr/>
          </w:sdtPr>
          <w:sdtContent>
            <w:tc>
              <w:tcPr>
                <w:tcW w:w="6661" w:type="dxa"/>
              </w:tcPr>
              <w:p w14:paraId="4DD49744" w14:textId="77777777" w:rsidR="006D2D13" w:rsidRDefault="006D2D13" w:rsidP="00F10F9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D13" w14:paraId="307178BB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953DD3" w14:textId="0FD97478" w:rsidR="006D2D13" w:rsidRDefault="006D2D13"/>
        </w:tc>
      </w:tr>
      <w:tr w:rsidR="000822CC" w14:paraId="3746C05A" w14:textId="77777777" w:rsidTr="00A0792E">
        <w:tc>
          <w:tcPr>
            <w:tcW w:w="2689" w:type="dxa"/>
          </w:tcPr>
          <w:p w14:paraId="0D7CAE99" w14:textId="65186080" w:rsidR="000822CC" w:rsidRDefault="000822CC">
            <w:r w:rsidRPr="00F4085D">
              <w:rPr>
                <w:b/>
                <w:bCs/>
              </w:rPr>
              <w:t>Role</w:t>
            </w:r>
          </w:p>
        </w:tc>
        <w:sdt>
          <w:sdtPr>
            <w:id w:val="-272863955"/>
            <w:placeholder>
              <w:docPart w:val="EECDD2D7FA444FBBAA00E2A0357A7C10"/>
            </w:placeholder>
            <w:showingPlcHdr/>
          </w:sdtPr>
          <w:sdtContent>
            <w:tc>
              <w:tcPr>
                <w:tcW w:w="6661" w:type="dxa"/>
              </w:tcPr>
              <w:p w14:paraId="0342DDE1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5E6BF1D1" w14:textId="77777777" w:rsidTr="00A0792E">
        <w:tc>
          <w:tcPr>
            <w:tcW w:w="2689" w:type="dxa"/>
          </w:tcPr>
          <w:p w14:paraId="304E1EB5" w14:textId="77777777" w:rsidR="000822CC" w:rsidRDefault="000822CC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627844345"/>
            <w:placeholder>
              <w:docPart w:val="E8C9A3804C604E4E8D8727B7E70C3204"/>
            </w:placeholder>
            <w:showingPlcHdr/>
          </w:sdtPr>
          <w:sdtContent>
            <w:tc>
              <w:tcPr>
                <w:tcW w:w="6661" w:type="dxa"/>
              </w:tcPr>
              <w:p w14:paraId="3FFCC059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4EBE30FF" w14:textId="77777777" w:rsidTr="00A0792E">
        <w:tc>
          <w:tcPr>
            <w:tcW w:w="2689" w:type="dxa"/>
          </w:tcPr>
          <w:p w14:paraId="6E28D6CF" w14:textId="77777777" w:rsidR="000822CC" w:rsidRDefault="000822CC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926406764"/>
            <w:placeholder>
              <w:docPart w:val="0408158E497E4FC2933B9F8CC25D2BFB"/>
            </w:placeholder>
            <w:showingPlcHdr/>
          </w:sdtPr>
          <w:sdtContent>
            <w:tc>
              <w:tcPr>
                <w:tcW w:w="6661" w:type="dxa"/>
              </w:tcPr>
              <w:p w14:paraId="2FC5B504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03E50891" w14:textId="77777777" w:rsidTr="00A0792E">
        <w:tc>
          <w:tcPr>
            <w:tcW w:w="2689" w:type="dxa"/>
          </w:tcPr>
          <w:p w14:paraId="716A789B" w14:textId="77777777" w:rsidR="000822CC" w:rsidRPr="00F4085D" w:rsidRDefault="000822CC" w:rsidP="00E9708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Intended </w:t>
            </w:r>
            <w:r w:rsidRPr="00F4085D">
              <w:rPr>
                <w:b/>
                <w:bCs/>
              </w:rPr>
              <w:t>Audience</w:t>
            </w:r>
          </w:p>
          <w:p w14:paraId="1CA1C793" w14:textId="77777777" w:rsidR="000822CC" w:rsidRDefault="000822CC"/>
        </w:tc>
        <w:sdt>
          <w:sdtPr>
            <w:id w:val="1419292506"/>
            <w:placeholder>
              <w:docPart w:val="8F049B37CFC64B08BC7D484982C7CA6C"/>
            </w:placeholder>
            <w:showingPlcHdr/>
          </w:sdtPr>
          <w:sdtContent>
            <w:tc>
              <w:tcPr>
                <w:tcW w:w="6661" w:type="dxa"/>
              </w:tcPr>
              <w:p w14:paraId="05721039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4A1CBB4F" w14:textId="77777777" w:rsidTr="00A0792E">
        <w:tc>
          <w:tcPr>
            <w:tcW w:w="2689" w:type="dxa"/>
          </w:tcPr>
          <w:p w14:paraId="04865C73" w14:textId="77777777" w:rsidR="000822CC" w:rsidRDefault="000822CC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674457644"/>
            <w:placeholder>
              <w:docPart w:val="C42A77961A374E44A111E751E0343D66"/>
            </w:placeholder>
            <w:showingPlcHdr/>
          </w:sdtPr>
          <w:sdtContent>
            <w:tc>
              <w:tcPr>
                <w:tcW w:w="6661" w:type="dxa"/>
              </w:tcPr>
              <w:p w14:paraId="31955CFA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0BD1008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4AB365" w14:textId="26B767DD" w:rsidR="000822CC" w:rsidRDefault="000822CC"/>
        </w:tc>
      </w:tr>
      <w:tr w:rsidR="000822CC" w14:paraId="3FF1343E" w14:textId="77777777" w:rsidTr="00A0792E">
        <w:tc>
          <w:tcPr>
            <w:tcW w:w="2689" w:type="dxa"/>
          </w:tcPr>
          <w:p w14:paraId="110C72A9" w14:textId="351BA6B9" w:rsidR="000822CC" w:rsidRDefault="000822CC">
            <w:r w:rsidRPr="00F4085D">
              <w:rPr>
                <w:b/>
                <w:bCs/>
              </w:rPr>
              <w:t>Role</w:t>
            </w:r>
          </w:p>
        </w:tc>
        <w:sdt>
          <w:sdtPr>
            <w:id w:val="-221525544"/>
            <w:placeholder>
              <w:docPart w:val="C1EFD080CBC4484B89DC00054AC8EBA8"/>
            </w:placeholder>
            <w:showingPlcHdr/>
          </w:sdtPr>
          <w:sdtContent>
            <w:tc>
              <w:tcPr>
                <w:tcW w:w="6661" w:type="dxa"/>
              </w:tcPr>
              <w:p w14:paraId="25977F09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17802E80" w14:textId="77777777" w:rsidTr="00A0792E">
        <w:tc>
          <w:tcPr>
            <w:tcW w:w="2689" w:type="dxa"/>
          </w:tcPr>
          <w:p w14:paraId="236DFC4D" w14:textId="77777777" w:rsidR="000822CC" w:rsidRDefault="000822CC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045822819"/>
            <w:placeholder>
              <w:docPart w:val="02EC99F350054D298C24D0C2A5F70675"/>
            </w:placeholder>
            <w:showingPlcHdr/>
          </w:sdtPr>
          <w:sdtContent>
            <w:tc>
              <w:tcPr>
                <w:tcW w:w="6661" w:type="dxa"/>
              </w:tcPr>
              <w:p w14:paraId="4D74DE47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3C43EB2A" w14:textId="77777777" w:rsidTr="00A0792E">
        <w:tc>
          <w:tcPr>
            <w:tcW w:w="2689" w:type="dxa"/>
          </w:tcPr>
          <w:p w14:paraId="2B849CC6" w14:textId="77777777" w:rsidR="000822CC" w:rsidRDefault="000822CC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2121949232"/>
            <w:placeholder>
              <w:docPart w:val="E75520007DE7402B83778B7917BAF376"/>
            </w:placeholder>
            <w:showingPlcHdr/>
          </w:sdtPr>
          <w:sdtContent>
            <w:tc>
              <w:tcPr>
                <w:tcW w:w="6661" w:type="dxa"/>
              </w:tcPr>
              <w:p w14:paraId="197F1B38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1953098C" w14:textId="77777777" w:rsidTr="00A0792E">
        <w:tc>
          <w:tcPr>
            <w:tcW w:w="2689" w:type="dxa"/>
          </w:tcPr>
          <w:p w14:paraId="14A19077" w14:textId="77777777" w:rsidR="000822CC" w:rsidRPr="00F4085D" w:rsidRDefault="000822CC" w:rsidP="00E9708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Intended </w:t>
            </w:r>
            <w:r w:rsidRPr="00F4085D">
              <w:rPr>
                <w:b/>
                <w:bCs/>
              </w:rPr>
              <w:t>Audience</w:t>
            </w:r>
          </w:p>
          <w:p w14:paraId="152FCF6B" w14:textId="77777777" w:rsidR="000822CC" w:rsidRDefault="000822CC"/>
        </w:tc>
        <w:sdt>
          <w:sdtPr>
            <w:id w:val="2056966524"/>
            <w:placeholder>
              <w:docPart w:val="13751614FA1B4F17BF063759594FB3A9"/>
            </w:placeholder>
            <w:showingPlcHdr/>
          </w:sdtPr>
          <w:sdtContent>
            <w:tc>
              <w:tcPr>
                <w:tcW w:w="6661" w:type="dxa"/>
              </w:tcPr>
              <w:p w14:paraId="6634F976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4C4A182C" w14:textId="77777777" w:rsidTr="00A0792E">
        <w:tc>
          <w:tcPr>
            <w:tcW w:w="2689" w:type="dxa"/>
          </w:tcPr>
          <w:p w14:paraId="21A205FF" w14:textId="77777777" w:rsidR="000822CC" w:rsidRDefault="000822CC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329831398"/>
            <w:placeholder>
              <w:docPart w:val="A97436BD6D72420DB9B2D9CA78B04E92"/>
            </w:placeholder>
            <w:showingPlcHdr/>
          </w:sdtPr>
          <w:sdtContent>
            <w:tc>
              <w:tcPr>
                <w:tcW w:w="6661" w:type="dxa"/>
              </w:tcPr>
              <w:p w14:paraId="5FCCBBB6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56A50CCA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8E2EC5" w14:textId="46B8A841" w:rsidR="000822CC" w:rsidRDefault="000822CC"/>
        </w:tc>
      </w:tr>
      <w:tr w:rsidR="000822CC" w14:paraId="05E79A58" w14:textId="77777777" w:rsidTr="00A0792E">
        <w:tc>
          <w:tcPr>
            <w:tcW w:w="2689" w:type="dxa"/>
          </w:tcPr>
          <w:p w14:paraId="6B48478A" w14:textId="2C0FBA5B" w:rsidR="000822CC" w:rsidRDefault="000822CC">
            <w:r w:rsidRPr="00F4085D">
              <w:rPr>
                <w:b/>
                <w:bCs/>
              </w:rPr>
              <w:t>Role</w:t>
            </w:r>
          </w:p>
        </w:tc>
        <w:sdt>
          <w:sdtPr>
            <w:id w:val="1510406197"/>
            <w:placeholder>
              <w:docPart w:val="F7C7C42B41D543269DB181611C778137"/>
            </w:placeholder>
            <w:showingPlcHdr/>
          </w:sdtPr>
          <w:sdtContent>
            <w:tc>
              <w:tcPr>
                <w:tcW w:w="6661" w:type="dxa"/>
              </w:tcPr>
              <w:p w14:paraId="4EED6FD2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37FB200C" w14:textId="77777777" w:rsidTr="00A0792E">
        <w:tc>
          <w:tcPr>
            <w:tcW w:w="2689" w:type="dxa"/>
          </w:tcPr>
          <w:p w14:paraId="2118C749" w14:textId="77777777" w:rsidR="000822CC" w:rsidRDefault="000822CC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1924910735"/>
            <w:placeholder>
              <w:docPart w:val="5C1CD5440252499BA86C8A6F63CB9170"/>
            </w:placeholder>
            <w:showingPlcHdr/>
          </w:sdtPr>
          <w:sdtContent>
            <w:tc>
              <w:tcPr>
                <w:tcW w:w="6661" w:type="dxa"/>
              </w:tcPr>
              <w:p w14:paraId="4EA20087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5015E23A" w14:textId="77777777" w:rsidTr="00A0792E">
        <w:tc>
          <w:tcPr>
            <w:tcW w:w="2689" w:type="dxa"/>
          </w:tcPr>
          <w:p w14:paraId="38094081" w14:textId="77777777" w:rsidR="000822CC" w:rsidRDefault="000822CC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209487958"/>
            <w:placeholder>
              <w:docPart w:val="7855D7F9BA7C4368B8BD51D73EBCECE3"/>
            </w:placeholder>
            <w:showingPlcHdr/>
          </w:sdtPr>
          <w:sdtContent>
            <w:tc>
              <w:tcPr>
                <w:tcW w:w="6661" w:type="dxa"/>
              </w:tcPr>
              <w:p w14:paraId="55FC6E07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401D275C" w14:textId="77777777" w:rsidTr="00A0792E">
        <w:tc>
          <w:tcPr>
            <w:tcW w:w="2689" w:type="dxa"/>
          </w:tcPr>
          <w:p w14:paraId="7294A32F" w14:textId="77777777" w:rsidR="000822CC" w:rsidRPr="00F4085D" w:rsidRDefault="000822CC" w:rsidP="00E9708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Intended </w:t>
            </w:r>
            <w:r w:rsidRPr="00F4085D">
              <w:rPr>
                <w:b/>
                <w:bCs/>
              </w:rPr>
              <w:t>Audience</w:t>
            </w:r>
          </w:p>
          <w:p w14:paraId="4B45334A" w14:textId="77777777" w:rsidR="000822CC" w:rsidRDefault="000822CC"/>
        </w:tc>
        <w:sdt>
          <w:sdtPr>
            <w:id w:val="-1157299022"/>
            <w:placeholder>
              <w:docPart w:val="524A737A19A34609A74D36CF92A611B8"/>
            </w:placeholder>
            <w:showingPlcHdr/>
          </w:sdtPr>
          <w:sdtContent>
            <w:tc>
              <w:tcPr>
                <w:tcW w:w="6661" w:type="dxa"/>
              </w:tcPr>
              <w:p w14:paraId="38CD8968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732506D0" w14:textId="77777777" w:rsidTr="00A0792E">
        <w:tc>
          <w:tcPr>
            <w:tcW w:w="2689" w:type="dxa"/>
          </w:tcPr>
          <w:p w14:paraId="397BC053" w14:textId="77777777" w:rsidR="000822CC" w:rsidRDefault="000822CC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803340202"/>
            <w:placeholder>
              <w:docPart w:val="28C5157422384474ACA5F89609A500F8"/>
            </w:placeholder>
            <w:showingPlcHdr/>
          </w:sdtPr>
          <w:sdtContent>
            <w:tc>
              <w:tcPr>
                <w:tcW w:w="6661" w:type="dxa"/>
              </w:tcPr>
              <w:p w14:paraId="5B8E0A11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3F682DEA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835531" w14:textId="0099FB51" w:rsidR="000822CC" w:rsidRDefault="000822CC"/>
        </w:tc>
      </w:tr>
    </w:tbl>
    <w:p w14:paraId="7A882F9A" w14:textId="77777777" w:rsidR="00E9708F" w:rsidRDefault="00E9708F"/>
    <w:p w14:paraId="4A4069C1" w14:textId="77777777" w:rsidR="000822CC" w:rsidRDefault="000822C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2EB047D" w14:textId="27718D24" w:rsidR="0075109E" w:rsidRDefault="00F211F0" w:rsidP="00597A18">
      <w:pPr>
        <w:pStyle w:val="Heading1"/>
        <w:tabs>
          <w:tab w:val="center" w:pos="4680"/>
        </w:tabs>
      </w:pPr>
      <w:r>
        <w:lastRenderedPageBreak/>
        <w:t>Leadership</w:t>
      </w:r>
      <w:r w:rsidR="0075109E">
        <w:t xml:space="preserve"> </w:t>
      </w:r>
      <w:r w:rsidR="00846BF0">
        <w:t xml:space="preserve">&amp; Management </w:t>
      </w:r>
      <w:r w:rsidR="00597A18">
        <w:tab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80"/>
        <w:gridCol w:w="7370"/>
      </w:tblGrid>
      <w:tr w:rsidR="00597A18" w14:paraId="471376C0" w14:textId="77777777" w:rsidTr="00597A18">
        <w:tc>
          <w:tcPr>
            <w:tcW w:w="1059" w:type="pct"/>
            <w:vAlign w:val="center"/>
          </w:tcPr>
          <w:p w14:paraId="3770ADA2" w14:textId="0C38E8A2" w:rsidR="00597A18" w:rsidRPr="00597A18" w:rsidRDefault="00597A18" w:rsidP="00597A18">
            <w:pPr>
              <w:rPr>
                <w:b/>
                <w:bCs/>
              </w:rPr>
            </w:pPr>
            <w:r w:rsidRPr="00597A18">
              <w:rPr>
                <w:b/>
                <w:bCs/>
              </w:rPr>
              <w:t>Institution</w:t>
            </w:r>
          </w:p>
        </w:tc>
        <w:sdt>
          <w:sdtPr>
            <w:id w:val="10817786"/>
            <w:placeholder>
              <w:docPart w:val="3400A6D8081F4C7B8F02074AFCDCCF28"/>
            </w:placeholder>
            <w:showingPlcHdr/>
          </w:sdtPr>
          <w:sdtContent>
            <w:tc>
              <w:tcPr>
                <w:tcW w:w="3941" w:type="pct"/>
                <w:vAlign w:val="center"/>
              </w:tcPr>
              <w:p w14:paraId="78C1F0D9" w14:textId="2B38C1F6" w:rsidR="00597A18" w:rsidRPr="00597A18" w:rsidRDefault="00597A18" w:rsidP="00597A18">
                <w:pPr>
                  <w:rPr>
                    <w:b/>
                    <w:bCs/>
                  </w:rPr>
                </w:pPr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A18" w14:paraId="1B08A84F" w14:textId="77777777" w:rsidTr="00597A18">
        <w:tc>
          <w:tcPr>
            <w:tcW w:w="1059" w:type="pct"/>
            <w:vAlign w:val="center"/>
          </w:tcPr>
          <w:p w14:paraId="50BF6C21" w14:textId="6470BA0D" w:rsidR="00597A18" w:rsidRDefault="00597A18" w:rsidP="00597A18">
            <w:r w:rsidRPr="00597A18">
              <w:rPr>
                <w:b/>
                <w:bCs/>
              </w:rPr>
              <w:t>Management Role</w:t>
            </w:r>
          </w:p>
        </w:tc>
        <w:sdt>
          <w:sdtPr>
            <w:id w:val="-870685162"/>
            <w:placeholder>
              <w:docPart w:val="4A64BF46CFB54E30B2400DA28D9D0C97"/>
            </w:placeholder>
            <w:showingPlcHdr/>
          </w:sdtPr>
          <w:sdtContent>
            <w:tc>
              <w:tcPr>
                <w:tcW w:w="3941" w:type="pct"/>
              </w:tcPr>
              <w:p w14:paraId="5AA419A9" w14:textId="6D021892" w:rsidR="00597A18" w:rsidRDefault="00597A18" w:rsidP="00597A18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A18" w14:paraId="3AA2B0B6" w14:textId="77777777" w:rsidTr="006D2D13">
        <w:tc>
          <w:tcPr>
            <w:tcW w:w="1059" w:type="pct"/>
            <w:tcBorders>
              <w:bottom w:val="single" w:sz="4" w:space="0" w:color="auto"/>
            </w:tcBorders>
            <w:vAlign w:val="center"/>
          </w:tcPr>
          <w:p w14:paraId="362D9300" w14:textId="158E8189" w:rsidR="00597A18" w:rsidRDefault="00597A18" w:rsidP="00597A18">
            <w:r w:rsidRPr="00597A18">
              <w:rPr>
                <w:b/>
                <w:bCs/>
              </w:rPr>
              <w:t>Key Responsibilities</w:t>
            </w:r>
          </w:p>
        </w:tc>
        <w:sdt>
          <w:sdtPr>
            <w:id w:val="-1345161613"/>
            <w:placeholder>
              <w:docPart w:val="E36434D49B2F4D9EAA987990248B418E"/>
            </w:placeholder>
            <w:showingPlcHdr/>
          </w:sdtPr>
          <w:sdtContent>
            <w:tc>
              <w:tcPr>
                <w:tcW w:w="3941" w:type="pct"/>
                <w:tcBorders>
                  <w:bottom w:val="single" w:sz="4" w:space="0" w:color="auto"/>
                </w:tcBorders>
              </w:tcPr>
              <w:p w14:paraId="0D6D389A" w14:textId="3DE54724" w:rsidR="00597A18" w:rsidRDefault="00597A18" w:rsidP="00597A18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D13" w14:paraId="2CCDA719" w14:textId="77777777" w:rsidTr="006D2D13">
        <w:tc>
          <w:tcPr>
            <w:tcW w:w="1059" w:type="pct"/>
            <w:tcBorders>
              <w:left w:val="nil"/>
              <w:bottom w:val="nil"/>
              <w:right w:val="nil"/>
            </w:tcBorders>
            <w:vAlign w:val="center"/>
          </w:tcPr>
          <w:p w14:paraId="05ED95A2" w14:textId="77777777" w:rsidR="006D2D13" w:rsidRPr="00597A18" w:rsidRDefault="006D2D13" w:rsidP="00597A18">
            <w:pPr>
              <w:rPr>
                <w:b/>
                <w:bCs/>
              </w:rPr>
            </w:pPr>
          </w:p>
        </w:tc>
        <w:tc>
          <w:tcPr>
            <w:tcW w:w="3941" w:type="pct"/>
            <w:tcBorders>
              <w:left w:val="nil"/>
              <w:bottom w:val="nil"/>
              <w:right w:val="nil"/>
            </w:tcBorders>
          </w:tcPr>
          <w:p w14:paraId="0692121D" w14:textId="760607F3" w:rsidR="006D2D13" w:rsidRDefault="006D2D13" w:rsidP="00597A18"/>
        </w:tc>
      </w:tr>
      <w:tr w:rsidR="006D2D13" w14:paraId="3D7AE2CA" w14:textId="77777777" w:rsidTr="00597A18">
        <w:tc>
          <w:tcPr>
            <w:tcW w:w="1059" w:type="pct"/>
            <w:vAlign w:val="center"/>
          </w:tcPr>
          <w:p w14:paraId="06EBA460" w14:textId="41AFC72D" w:rsidR="006D2D13" w:rsidRPr="00597A18" w:rsidRDefault="006D2D13" w:rsidP="00597A18">
            <w:pPr>
              <w:rPr>
                <w:b/>
                <w:bCs/>
              </w:rPr>
            </w:pPr>
            <w:r w:rsidRPr="00597A18">
              <w:rPr>
                <w:b/>
                <w:bCs/>
              </w:rPr>
              <w:t>Institution</w:t>
            </w:r>
          </w:p>
        </w:tc>
        <w:sdt>
          <w:sdtPr>
            <w:id w:val="2136828563"/>
            <w:placeholder>
              <w:docPart w:val="2CFBF4A0DBEE4ACD9D850457BB24FA0F"/>
            </w:placeholder>
            <w:showingPlcHdr/>
          </w:sdtPr>
          <w:sdtContent>
            <w:tc>
              <w:tcPr>
                <w:tcW w:w="3941" w:type="pct"/>
                <w:vAlign w:val="center"/>
              </w:tcPr>
              <w:p w14:paraId="190DB239" w14:textId="77777777" w:rsidR="006D2D13" w:rsidRPr="00597A18" w:rsidRDefault="006D2D13" w:rsidP="00F10F93">
                <w:pPr>
                  <w:rPr>
                    <w:b/>
                    <w:bCs/>
                  </w:rPr>
                </w:pPr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D13" w14:paraId="343EEDEC" w14:textId="77777777" w:rsidTr="00597A18">
        <w:tc>
          <w:tcPr>
            <w:tcW w:w="1059" w:type="pct"/>
            <w:vAlign w:val="center"/>
          </w:tcPr>
          <w:p w14:paraId="2E5B2E0F" w14:textId="77777777" w:rsidR="006D2D13" w:rsidRDefault="006D2D13" w:rsidP="00597A18">
            <w:r w:rsidRPr="00597A18">
              <w:rPr>
                <w:b/>
                <w:bCs/>
              </w:rPr>
              <w:t>Management Role</w:t>
            </w:r>
          </w:p>
        </w:tc>
        <w:sdt>
          <w:sdtPr>
            <w:id w:val="-251744126"/>
            <w:placeholder>
              <w:docPart w:val="8991FE338EE244DC81FCB3133A8C7EA3"/>
            </w:placeholder>
            <w:showingPlcHdr/>
          </w:sdtPr>
          <w:sdtContent>
            <w:tc>
              <w:tcPr>
                <w:tcW w:w="3941" w:type="pct"/>
              </w:tcPr>
              <w:p w14:paraId="7B02C4A5" w14:textId="77777777" w:rsidR="006D2D13" w:rsidRDefault="006D2D13" w:rsidP="00F10F93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D13" w14:paraId="000ED9DE" w14:textId="77777777" w:rsidTr="006D2D13">
        <w:tc>
          <w:tcPr>
            <w:tcW w:w="1059" w:type="pct"/>
            <w:tcBorders>
              <w:bottom w:val="single" w:sz="4" w:space="0" w:color="auto"/>
            </w:tcBorders>
            <w:vAlign w:val="center"/>
          </w:tcPr>
          <w:p w14:paraId="6D3A3380" w14:textId="77777777" w:rsidR="006D2D13" w:rsidRDefault="006D2D13" w:rsidP="00597A18">
            <w:r w:rsidRPr="00597A18">
              <w:rPr>
                <w:b/>
                <w:bCs/>
              </w:rPr>
              <w:t>Key Responsibilities</w:t>
            </w:r>
          </w:p>
        </w:tc>
        <w:sdt>
          <w:sdtPr>
            <w:id w:val="-1121444019"/>
            <w:placeholder>
              <w:docPart w:val="170B7AE5C4BC4E6A8219612CAB1B9C03"/>
            </w:placeholder>
            <w:showingPlcHdr/>
          </w:sdtPr>
          <w:sdtContent>
            <w:tc>
              <w:tcPr>
                <w:tcW w:w="3941" w:type="pct"/>
                <w:tcBorders>
                  <w:bottom w:val="single" w:sz="4" w:space="0" w:color="auto"/>
                </w:tcBorders>
              </w:tcPr>
              <w:p w14:paraId="6CD69B40" w14:textId="77777777" w:rsidR="006D2D13" w:rsidRDefault="006D2D13" w:rsidP="00F10F93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D13" w14:paraId="20503155" w14:textId="77777777" w:rsidTr="006D2D13">
        <w:tc>
          <w:tcPr>
            <w:tcW w:w="1059" w:type="pct"/>
            <w:tcBorders>
              <w:left w:val="nil"/>
              <w:bottom w:val="nil"/>
              <w:right w:val="nil"/>
            </w:tcBorders>
            <w:vAlign w:val="center"/>
          </w:tcPr>
          <w:p w14:paraId="54C8D79D" w14:textId="77777777" w:rsidR="006D2D13" w:rsidRPr="00597A18" w:rsidRDefault="006D2D13" w:rsidP="00597A18">
            <w:pPr>
              <w:rPr>
                <w:b/>
                <w:bCs/>
              </w:rPr>
            </w:pPr>
          </w:p>
        </w:tc>
        <w:tc>
          <w:tcPr>
            <w:tcW w:w="3941" w:type="pct"/>
            <w:tcBorders>
              <w:left w:val="nil"/>
              <w:bottom w:val="nil"/>
              <w:right w:val="nil"/>
            </w:tcBorders>
          </w:tcPr>
          <w:p w14:paraId="38048432" w14:textId="6A510814" w:rsidR="006D2D13" w:rsidRDefault="006D2D13" w:rsidP="00597A18"/>
        </w:tc>
      </w:tr>
      <w:tr w:rsidR="000822CC" w14:paraId="38EA5A4A" w14:textId="77777777" w:rsidTr="00597A18">
        <w:tc>
          <w:tcPr>
            <w:tcW w:w="1059" w:type="pct"/>
            <w:vAlign w:val="center"/>
          </w:tcPr>
          <w:p w14:paraId="088B9690" w14:textId="1E9729E5" w:rsidR="000822CC" w:rsidRPr="00597A18" w:rsidRDefault="000822CC" w:rsidP="00597A18">
            <w:pPr>
              <w:rPr>
                <w:b/>
                <w:bCs/>
              </w:rPr>
            </w:pPr>
            <w:r w:rsidRPr="00597A18">
              <w:rPr>
                <w:b/>
                <w:bCs/>
              </w:rPr>
              <w:t>Institution</w:t>
            </w:r>
          </w:p>
        </w:tc>
        <w:sdt>
          <w:sdtPr>
            <w:id w:val="488363223"/>
            <w:placeholder>
              <w:docPart w:val="3825B691617C4F1DA7F564436834FDD6"/>
            </w:placeholder>
            <w:showingPlcHdr/>
          </w:sdtPr>
          <w:sdtContent>
            <w:tc>
              <w:tcPr>
                <w:tcW w:w="3941" w:type="pct"/>
                <w:vAlign w:val="center"/>
              </w:tcPr>
              <w:p w14:paraId="6E1BBB39" w14:textId="77777777" w:rsidR="000822CC" w:rsidRPr="00597A18" w:rsidRDefault="000822CC" w:rsidP="00CA2CEB">
                <w:pPr>
                  <w:rPr>
                    <w:b/>
                    <w:bCs/>
                  </w:rPr>
                </w:pPr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0784D97A" w14:textId="77777777" w:rsidTr="00597A18">
        <w:tc>
          <w:tcPr>
            <w:tcW w:w="1059" w:type="pct"/>
            <w:vAlign w:val="center"/>
          </w:tcPr>
          <w:p w14:paraId="1196A7F8" w14:textId="77777777" w:rsidR="000822CC" w:rsidRDefault="000822CC" w:rsidP="00597A18">
            <w:r w:rsidRPr="00597A18">
              <w:rPr>
                <w:b/>
                <w:bCs/>
              </w:rPr>
              <w:t>Management Role</w:t>
            </w:r>
          </w:p>
        </w:tc>
        <w:sdt>
          <w:sdtPr>
            <w:id w:val="-1743094921"/>
            <w:placeholder>
              <w:docPart w:val="89CDAD6C1BE2460FB35579CB651C87B3"/>
            </w:placeholder>
            <w:showingPlcHdr/>
          </w:sdtPr>
          <w:sdtContent>
            <w:tc>
              <w:tcPr>
                <w:tcW w:w="3941" w:type="pct"/>
              </w:tcPr>
              <w:p w14:paraId="5BB69BD3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2404C1BA" w14:textId="77777777" w:rsidTr="006D2D13">
        <w:tc>
          <w:tcPr>
            <w:tcW w:w="1059" w:type="pct"/>
            <w:tcBorders>
              <w:bottom w:val="single" w:sz="4" w:space="0" w:color="auto"/>
            </w:tcBorders>
            <w:vAlign w:val="center"/>
          </w:tcPr>
          <w:p w14:paraId="0E97DF69" w14:textId="77777777" w:rsidR="000822CC" w:rsidRDefault="000822CC" w:rsidP="00597A18">
            <w:r w:rsidRPr="00597A18">
              <w:rPr>
                <w:b/>
                <w:bCs/>
              </w:rPr>
              <w:t>Key Responsibilities</w:t>
            </w:r>
          </w:p>
        </w:tc>
        <w:sdt>
          <w:sdtPr>
            <w:id w:val="-654530722"/>
            <w:placeholder>
              <w:docPart w:val="375D2079B13047BCBB15E06696C54F8C"/>
            </w:placeholder>
            <w:showingPlcHdr/>
          </w:sdtPr>
          <w:sdtContent>
            <w:tc>
              <w:tcPr>
                <w:tcW w:w="3941" w:type="pct"/>
                <w:tcBorders>
                  <w:bottom w:val="single" w:sz="4" w:space="0" w:color="auto"/>
                </w:tcBorders>
              </w:tcPr>
              <w:p w14:paraId="73627A8F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39CB089F" w14:textId="77777777" w:rsidTr="006D2D13">
        <w:tc>
          <w:tcPr>
            <w:tcW w:w="1059" w:type="pct"/>
            <w:tcBorders>
              <w:left w:val="nil"/>
              <w:bottom w:val="nil"/>
              <w:right w:val="nil"/>
            </w:tcBorders>
            <w:vAlign w:val="center"/>
          </w:tcPr>
          <w:p w14:paraId="6588C71F" w14:textId="77777777" w:rsidR="000822CC" w:rsidRPr="00597A18" w:rsidRDefault="000822CC" w:rsidP="00597A18">
            <w:pPr>
              <w:rPr>
                <w:b/>
                <w:bCs/>
              </w:rPr>
            </w:pPr>
          </w:p>
        </w:tc>
        <w:tc>
          <w:tcPr>
            <w:tcW w:w="3941" w:type="pct"/>
            <w:tcBorders>
              <w:left w:val="nil"/>
              <w:bottom w:val="nil"/>
              <w:right w:val="nil"/>
            </w:tcBorders>
          </w:tcPr>
          <w:p w14:paraId="4B4BE633" w14:textId="0F3FD33B" w:rsidR="000822CC" w:rsidRDefault="000822CC" w:rsidP="00597A18"/>
        </w:tc>
      </w:tr>
      <w:tr w:rsidR="000822CC" w14:paraId="2FE08EDE" w14:textId="77777777" w:rsidTr="00597A18">
        <w:tc>
          <w:tcPr>
            <w:tcW w:w="1059" w:type="pct"/>
            <w:vAlign w:val="center"/>
          </w:tcPr>
          <w:p w14:paraId="6E7A0B66" w14:textId="5704DD9C" w:rsidR="000822CC" w:rsidRPr="00597A18" w:rsidRDefault="000822CC" w:rsidP="00597A18">
            <w:pPr>
              <w:rPr>
                <w:b/>
                <w:bCs/>
              </w:rPr>
            </w:pPr>
            <w:r w:rsidRPr="00597A18">
              <w:rPr>
                <w:b/>
                <w:bCs/>
              </w:rPr>
              <w:t>Institution</w:t>
            </w:r>
          </w:p>
        </w:tc>
        <w:sdt>
          <w:sdtPr>
            <w:id w:val="-1146200363"/>
            <w:placeholder>
              <w:docPart w:val="90DE5E35C57248F0A0AE80E9F76CBF7F"/>
            </w:placeholder>
            <w:showingPlcHdr/>
          </w:sdtPr>
          <w:sdtContent>
            <w:tc>
              <w:tcPr>
                <w:tcW w:w="3941" w:type="pct"/>
                <w:vAlign w:val="center"/>
              </w:tcPr>
              <w:p w14:paraId="5B142BC8" w14:textId="77777777" w:rsidR="000822CC" w:rsidRPr="00597A18" w:rsidRDefault="000822CC" w:rsidP="00CA2CEB">
                <w:pPr>
                  <w:rPr>
                    <w:b/>
                    <w:bCs/>
                  </w:rPr>
                </w:pPr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2AC27A91" w14:textId="77777777" w:rsidTr="00597A18">
        <w:tc>
          <w:tcPr>
            <w:tcW w:w="1059" w:type="pct"/>
            <w:vAlign w:val="center"/>
          </w:tcPr>
          <w:p w14:paraId="54D5B41D" w14:textId="77777777" w:rsidR="000822CC" w:rsidRDefault="000822CC" w:rsidP="00597A18">
            <w:r w:rsidRPr="00597A18">
              <w:rPr>
                <w:b/>
                <w:bCs/>
              </w:rPr>
              <w:t>Management Role</w:t>
            </w:r>
          </w:p>
        </w:tc>
        <w:sdt>
          <w:sdtPr>
            <w:id w:val="2068678210"/>
            <w:placeholder>
              <w:docPart w:val="573549376FD0485F8C7E6D4ED9A62683"/>
            </w:placeholder>
            <w:showingPlcHdr/>
          </w:sdtPr>
          <w:sdtContent>
            <w:tc>
              <w:tcPr>
                <w:tcW w:w="3941" w:type="pct"/>
              </w:tcPr>
              <w:p w14:paraId="256B91BB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57B68A32" w14:textId="77777777" w:rsidTr="006D2D13">
        <w:tc>
          <w:tcPr>
            <w:tcW w:w="1059" w:type="pct"/>
            <w:tcBorders>
              <w:bottom w:val="single" w:sz="4" w:space="0" w:color="auto"/>
            </w:tcBorders>
            <w:vAlign w:val="center"/>
          </w:tcPr>
          <w:p w14:paraId="01E4D908" w14:textId="77777777" w:rsidR="000822CC" w:rsidRDefault="000822CC" w:rsidP="00597A18">
            <w:r w:rsidRPr="00597A18">
              <w:rPr>
                <w:b/>
                <w:bCs/>
              </w:rPr>
              <w:t>Key Responsibilities</w:t>
            </w:r>
          </w:p>
        </w:tc>
        <w:sdt>
          <w:sdtPr>
            <w:id w:val="-211813230"/>
            <w:placeholder>
              <w:docPart w:val="880908EC9CDB466795FAEE640A67D36E"/>
            </w:placeholder>
            <w:showingPlcHdr/>
          </w:sdtPr>
          <w:sdtContent>
            <w:tc>
              <w:tcPr>
                <w:tcW w:w="3941" w:type="pct"/>
                <w:tcBorders>
                  <w:bottom w:val="single" w:sz="4" w:space="0" w:color="auto"/>
                </w:tcBorders>
              </w:tcPr>
              <w:p w14:paraId="4366BEE7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3FD03E7B" w14:textId="77777777" w:rsidTr="006D2D13">
        <w:tc>
          <w:tcPr>
            <w:tcW w:w="1059" w:type="pct"/>
            <w:tcBorders>
              <w:left w:val="nil"/>
              <w:bottom w:val="nil"/>
              <w:right w:val="nil"/>
            </w:tcBorders>
            <w:vAlign w:val="center"/>
          </w:tcPr>
          <w:p w14:paraId="10E08EB0" w14:textId="77777777" w:rsidR="000822CC" w:rsidRPr="00597A18" w:rsidRDefault="000822CC" w:rsidP="00597A18">
            <w:pPr>
              <w:rPr>
                <w:b/>
                <w:bCs/>
              </w:rPr>
            </w:pPr>
          </w:p>
        </w:tc>
        <w:tc>
          <w:tcPr>
            <w:tcW w:w="3941" w:type="pct"/>
            <w:tcBorders>
              <w:left w:val="nil"/>
              <w:bottom w:val="nil"/>
              <w:right w:val="nil"/>
            </w:tcBorders>
          </w:tcPr>
          <w:p w14:paraId="11CEA658" w14:textId="79A00DA8" w:rsidR="000822CC" w:rsidRDefault="000822CC" w:rsidP="00597A18"/>
        </w:tc>
      </w:tr>
    </w:tbl>
    <w:p w14:paraId="4F976AFB" w14:textId="77777777" w:rsidR="00597A18" w:rsidRPr="00597A18" w:rsidRDefault="00597A18" w:rsidP="00597A18"/>
    <w:p w14:paraId="168272CD" w14:textId="06040B80" w:rsidR="00846BF0" w:rsidRDefault="00846BF0" w:rsidP="00846BF0">
      <w:pPr>
        <w:pStyle w:val="Heading1"/>
      </w:pPr>
      <w:r w:rsidRPr="00846BF0">
        <w:t>Clinical Governance &amp; Patient Safety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80"/>
        <w:gridCol w:w="7370"/>
      </w:tblGrid>
      <w:tr w:rsidR="006D01CC" w14:paraId="608ED47E" w14:textId="77777777" w:rsidTr="00C467C9">
        <w:tc>
          <w:tcPr>
            <w:tcW w:w="1059" w:type="pct"/>
            <w:vAlign w:val="center"/>
          </w:tcPr>
          <w:p w14:paraId="6FAC3012" w14:textId="704C9D74" w:rsidR="006D01CC" w:rsidRPr="00597A18" w:rsidRDefault="006D01CC" w:rsidP="00C467C9">
            <w:pPr>
              <w:rPr>
                <w:b/>
                <w:bCs/>
              </w:rPr>
            </w:pPr>
            <w:r w:rsidRPr="00597A18">
              <w:rPr>
                <w:b/>
                <w:bCs/>
              </w:rPr>
              <w:t>Institution</w:t>
            </w:r>
          </w:p>
        </w:tc>
        <w:sdt>
          <w:sdtPr>
            <w:id w:val="1977253792"/>
            <w:placeholder>
              <w:docPart w:val="D2C6C4AEBF7B41AFB193F7D7AC8B5E39"/>
            </w:placeholder>
            <w:showingPlcHdr/>
          </w:sdtPr>
          <w:sdtContent>
            <w:tc>
              <w:tcPr>
                <w:tcW w:w="3941" w:type="pct"/>
                <w:vAlign w:val="center"/>
              </w:tcPr>
              <w:p w14:paraId="3BBD19AD" w14:textId="77777777" w:rsidR="006D01CC" w:rsidRPr="00597A18" w:rsidRDefault="006D01CC" w:rsidP="00C467C9">
                <w:pPr>
                  <w:rPr>
                    <w:b/>
                    <w:bCs/>
                  </w:rPr>
                </w:pPr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6A0AF292" w14:textId="77777777" w:rsidTr="00C467C9">
        <w:tc>
          <w:tcPr>
            <w:tcW w:w="1059" w:type="pct"/>
            <w:vAlign w:val="center"/>
          </w:tcPr>
          <w:p w14:paraId="627ACD06" w14:textId="77777777" w:rsidR="006D01CC" w:rsidRDefault="006D01CC" w:rsidP="00C467C9">
            <w:r w:rsidRPr="00597A18">
              <w:rPr>
                <w:b/>
                <w:bCs/>
              </w:rPr>
              <w:t>Management Role</w:t>
            </w:r>
          </w:p>
        </w:tc>
        <w:sdt>
          <w:sdtPr>
            <w:id w:val="1962533269"/>
            <w:placeholder>
              <w:docPart w:val="A26B12B4C8CB41F0BF158B32F26B7039"/>
            </w:placeholder>
            <w:showingPlcHdr/>
          </w:sdtPr>
          <w:sdtContent>
            <w:tc>
              <w:tcPr>
                <w:tcW w:w="3941" w:type="pct"/>
              </w:tcPr>
              <w:p w14:paraId="1C18448F" w14:textId="77777777" w:rsidR="006D01CC" w:rsidRDefault="006D01CC" w:rsidP="00C467C9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66ED6D9A" w14:textId="77777777" w:rsidTr="00C467C9">
        <w:tc>
          <w:tcPr>
            <w:tcW w:w="1059" w:type="pct"/>
            <w:tcBorders>
              <w:bottom w:val="single" w:sz="4" w:space="0" w:color="auto"/>
            </w:tcBorders>
            <w:vAlign w:val="center"/>
          </w:tcPr>
          <w:p w14:paraId="4108B5F6" w14:textId="77777777" w:rsidR="006D01CC" w:rsidRDefault="006D01CC" w:rsidP="00C467C9">
            <w:r w:rsidRPr="00597A18">
              <w:rPr>
                <w:b/>
                <w:bCs/>
              </w:rPr>
              <w:t>Key Responsibilities</w:t>
            </w:r>
          </w:p>
        </w:tc>
        <w:sdt>
          <w:sdtPr>
            <w:id w:val="-2053143786"/>
            <w:placeholder>
              <w:docPart w:val="2064C370B4AF476EB8735BCFD3AC2A27"/>
            </w:placeholder>
            <w:showingPlcHdr/>
          </w:sdtPr>
          <w:sdtContent>
            <w:tc>
              <w:tcPr>
                <w:tcW w:w="3941" w:type="pct"/>
                <w:tcBorders>
                  <w:bottom w:val="single" w:sz="4" w:space="0" w:color="auto"/>
                </w:tcBorders>
              </w:tcPr>
              <w:p w14:paraId="06397FED" w14:textId="77777777" w:rsidR="006D01CC" w:rsidRDefault="006D01CC" w:rsidP="00C467C9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18736BFA" w14:textId="77777777" w:rsidTr="00C467C9">
        <w:tc>
          <w:tcPr>
            <w:tcW w:w="1059" w:type="pct"/>
            <w:tcBorders>
              <w:left w:val="nil"/>
              <w:bottom w:val="nil"/>
              <w:right w:val="nil"/>
            </w:tcBorders>
            <w:vAlign w:val="center"/>
          </w:tcPr>
          <w:p w14:paraId="3D92AA3A" w14:textId="77777777" w:rsidR="006D01CC" w:rsidRPr="00597A18" w:rsidRDefault="006D01CC" w:rsidP="00C467C9">
            <w:pPr>
              <w:rPr>
                <w:b/>
                <w:bCs/>
              </w:rPr>
            </w:pPr>
          </w:p>
        </w:tc>
        <w:tc>
          <w:tcPr>
            <w:tcW w:w="3941" w:type="pct"/>
            <w:tcBorders>
              <w:left w:val="nil"/>
              <w:bottom w:val="nil"/>
              <w:right w:val="nil"/>
            </w:tcBorders>
          </w:tcPr>
          <w:p w14:paraId="3E994185" w14:textId="6B2C25F6" w:rsidR="006D01CC" w:rsidRDefault="006D01CC" w:rsidP="00C467C9"/>
        </w:tc>
      </w:tr>
      <w:tr w:rsidR="006D01CC" w14:paraId="638DF7D5" w14:textId="77777777" w:rsidTr="00C467C9">
        <w:tc>
          <w:tcPr>
            <w:tcW w:w="1059" w:type="pct"/>
            <w:vAlign w:val="center"/>
          </w:tcPr>
          <w:p w14:paraId="1F021570" w14:textId="155C340C" w:rsidR="006D01CC" w:rsidRPr="00597A18" w:rsidRDefault="006D01CC" w:rsidP="00C467C9">
            <w:pPr>
              <w:rPr>
                <w:b/>
                <w:bCs/>
              </w:rPr>
            </w:pPr>
            <w:r w:rsidRPr="00597A18">
              <w:rPr>
                <w:b/>
                <w:bCs/>
              </w:rPr>
              <w:t>Institution</w:t>
            </w:r>
          </w:p>
        </w:tc>
        <w:sdt>
          <w:sdtPr>
            <w:id w:val="-1220516702"/>
            <w:placeholder>
              <w:docPart w:val="966021EA42E64535BB1819C78688F571"/>
            </w:placeholder>
            <w:showingPlcHdr/>
          </w:sdtPr>
          <w:sdtContent>
            <w:tc>
              <w:tcPr>
                <w:tcW w:w="3941" w:type="pct"/>
                <w:vAlign w:val="center"/>
              </w:tcPr>
              <w:p w14:paraId="2DFD2555" w14:textId="77777777" w:rsidR="006D01CC" w:rsidRPr="00597A18" w:rsidRDefault="006D01CC" w:rsidP="00C467C9">
                <w:pPr>
                  <w:rPr>
                    <w:b/>
                    <w:bCs/>
                  </w:rPr>
                </w:pPr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7F70B734" w14:textId="77777777" w:rsidTr="00C467C9">
        <w:tc>
          <w:tcPr>
            <w:tcW w:w="1059" w:type="pct"/>
            <w:vAlign w:val="center"/>
          </w:tcPr>
          <w:p w14:paraId="58698AEE" w14:textId="77777777" w:rsidR="006D01CC" w:rsidRDefault="006D01CC" w:rsidP="00C467C9">
            <w:r w:rsidRPr="00597A18">
              <w:rPr>
                <w:b/>
                <w:bCs/>
              </w:rPr>
              <w:t>Management Role</w:t>
            </w:r>
          </w:p>
        </w:tc>
        <w:sdt>
          <w:sdtPr>
            <w:id w:val="-26328125"/>
            <w:placeholder>
              <w:docPart w:val="175EB44F493F4126B09ED545717FC05E"/>
            </w:placeholder>
            <w:showingPlcHdr/>
          </w:sdtPr>
          <w:sdtContent>
            <w:tc>
              <w:tcPr>
                <w:tcW w:w="3941" w:type="pct"/>
              </w:tcPr>
              <w:p w14:paraId="6403C385" w14:textId="77777777" w:rsidR="006D01CC" w:rsidRDefault="006D01CC" w:rsidP="00C467C9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00630858" w14:textId="77777777" w:rsidTr="00C467C9">
        <w:tc>
          <w:tcPr>
            <w:tcW w:w="1059" w:type="pct"/>
            <w:tcBorders>
              <w:bottom w:val="single" w:sz="4" w:space="0" w:color="auto"/>
            </w:tcBorders>
            <w:vAlign w:val="center"/>
          </w:tcPr>
          <w:p w14:paraId="223149B1" w14:textId="77777777" w:rsidR="006D01CC" w:rsidRDefault="006D01CC" w:rsidP="00C467C9">
            <w:r w:rsidRPr="00597A18">
              <w:rPr>
                <w:b/>
                <w:bCs/>
              </w:rPr>
              <w:t>Key Responsibilities</w:t>
            </w:r>
          </w:p>
        </w:tc>
        <w:sdt>
          <w:sdtPr>
            <w:id w:val="-309705369"/>
            <w:placeholder>
              <w:docPart w:val="1BBFE4E7AE0943D8BE78CE204FE6458E"/>
            </w:placeholder>
            <w:showingPlcHdr/>
          </w:sdtPr>
          <w:sdtContent>
            <w:tc>
              <w:tcPr>
                <w:tcW w:w="3941" w:type="pct"/>
                <w:tcBorders>
                  <w:bottom w:val="single" w:sz="4" w:space="0" w:color="auto"/>
                </w:tcBorders>
              </w:tcPr>
              <w:p w14:paraId="57E4D242" w14:textId="77777777" w:rsidR="006D01CC" w:rsidRDefault="006D01CC" w:rsidP="00C467C9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0A90EA7E" w14:textId="77777777" w:rsidTr="00C467C9">
        <w:tc>
          <w:tcPr>
            <w:tcW w:w="1059" w:type="pct"/>
            <w:tcBorders>
              <w:left w:val="nil"/>
              <w:bottom w:val="nil"/>
              <w:right w:val="nil"/>
            </w:tcBorders>
            <w:vAlign w:val="center"/>
          </w:tcPr>
          <w:p w14:paraId="7243CDB1" w14:textId="77777777" w:rsidR="006D01CC" w:rsidRPr="00597A18" w:rsidRDefault="006D01CC" w:rsidP="00C467C9">
            <w:pPr>
              <w:rPr>
                <w:b/>
                <w:bCs/>
              </w:rPr>
            </w:pPr>
          </w:p>
        </w:tc>
        <w:tc>
          <w:tcPr>
            <w:tcW w:w="3941" w:type="pct"/>
            <w:tcBorders>
              <w:left w:val="nil"/>
              <w:bottom w:val="nil"/>
              <w:right w:val="nil"/>
            </w:tcBorders>
          </w:tcPr>
          <w:p w14:paraId="2E36E236" w14:textId="191D5540" w:rsidR="006D01CC" w:rsidRDefault="006D01CC" w:rsidP="00C467C9"/>
        </w:tc>
      </w:tr>
      <w:tr w:rsidR="000822CC" w14:paraId="039C63C4" w14:textId="77777777" w:rsidTr="00C467C9">
        <w:tc>
          <w:tcPr>
            <w:tcW w:w="1059" w:type="pct"/>
            <w:vAlign w:val="center"/>
          </w:tcPr>
          <w:p w14:paraId="31631947" w14:textId="4307C79E" w:rsidR="000822CC" w:rsidRPr="00597A18" w:rsidRDefault="000822CC" w:rsidP="00C467C9">
            <w:pPr>
              <w:rPr>
                <w:b/>
                <w:bCs/>
              </w:rPr>
            </w:pPr>
            <w:r w:rsidRPr="00597A18">
              <w:rPr>
                <w:b/>
                <w:bCs/>
              </w:rPr>
              <w:t>Institution</w:t>
            </w:r>
          </w:p>
        </w:tc>
        <w:sdt>
          <w:sdtPr>
            <w:id w:val="-66187166"/>
            <w:placeholder>
              <w:docPart w:val="0A03124128F04B3B93884F0B05E4771A"/>
            </w:placeholder>
            <w:showingPlcHdr/>
          </w:sdtPr>
          <w:sdtContent>
            <w:tc>
              <w:tcPr>
                <w:tcW w:w="3941" w:type="pct"/>
                <w:vAlign w:val="center"/>
              </w:tcPr>
              <w:p w14:paraId="41CD7F60" w14:textId="77777777" w:rsidR="000822CC" w:rsidRPr="00597A18" w:rsidRDefault="000822CC" w:rsidP="00CA2CEB">
                <w:pPr>
                  <w:rPr>
                    <w:b/>
                    <w:bCs/>
                  </w:rPr>
                </w:pPr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3CEFFD20" w14:textId="77777777" w:rsidTr="00C467C9">
        <w:tc>
          <w:tcPr>
            <w:tcW w:w="1059" w:type="pct"/>
            <w:vAlign w:val="center"/>
          </w:tcPr>
          <w:p w14:paraId="21ABFA2C" w14:textId="77777777" w:rsidR="000822CC" w:rsidRDefault="000822CC" w:rsidP="00C467C9">
            <w:r w:rsidRPr="00597A18">
              <w:rPr>
                <w:b/>
                <w:bCs/>
              </w:rPr>
              <w:lastRenderedPageBreak/>
              <w:t>Management Role</w:t>
            </w:r>
          </w:p>
        </w:tc>
        <w:sdt>
          <w:sdtPr>
            <w:id w:val="-1022781647"/>
            <w:placeholder>
              <w:docPart w:val="62A43F350B2D4145AF67C83464556441"/>
            </w:placeholder>
            <w:showingPlcHdr/>
          </w:sdtPr>
          <w:sdtContent>
            <w:tc>
              <w:tcPr>
                <w:tcW w:w="3941" w:type="pct"/>
              </w:tcPr>
              <w:p w14:paraId="5DA924A7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18509976" w14:textId="77777777" w:rsidTr="00C467C9">
        <w:tc>
          <w:tcPr>
            <w:tcW w:w="1059" w:type="pct"/>
            <w:tcBorders>
              <w:bottom w:val="single" w:sz="4" w:space="0" w:color="auto"/>
            </w:tcBorders>
            <w:vAlign w:val="center"/>
          </w:tcPr>
          <w:p w14:paraId="5DCE8206" w14:textId="77777777" w:rsidR="000822CC" w:rsidRDefault="000822CC" w:rsidP="00C467C9">
            <w:r w:rsidRPr="00597A18">
              <w:rPr>
                <w:b/>
                <w:bCs/>
              </w:rPr>
              <w:t>Key Responsibilities</w:t>
            </w:r>
          </w:p>
        </w:tc>
        <w:sdt>
          <w:sdtPr>
            <w:id w:val="-1758124802"/>
            <w:placeholder>
              <w:docPart w:val="71CA662154994606BAD2F2503FA0C681"/>
            </w:placeholder>
            <w:showingPlcHdr/>
          </w:sdtPr>
          <w:sdtContent>
            <w:tc>
              <w:tcPr>
                <w:tcW w:w="3941" w:type="pct"/>
                <w:tcBorders>
                  <w:bottom w:val="single" w:sz="4" w:space="0" w:color="auto"/>
                </w:tcBorders>
              </w:tcPr>
              <w:p w14:paraId="565F125F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7FC7DAB3" w14:textId="77777777" w:rsidTr="00C467C9">
        <w:tc>
          <w:tcPr>
            <w:tcW w:w="1059" w:type="pct"/>
            <w:tcBorders>
              <w:left w:val="nil"/>
              <w:bottom w:val="nil"/>
              <w:right w:val="nil"/>
            </w:tcBorders>
            <w:vAlign w:val="center"/>
          </w:tcPr>
          <w:p w14:paraId="671BFA43" w14:textId="77777777" w:rsidR="000822CC" w:rsidRPr="00597A18" w:rsidRDefault="000822CC" w:rsidP="00C467C9">
            <w:pPr>
              <w:rPr>
                <w:b/>
                <w:bCs/>
              </w:rPr>
            </w:pPr>
          </w:p>
        </w:tc>
        <w:tc>
          <w:tcPr>
            <w:tcW w:w="3941" w:type="pct"/>
            <w:tcBorders>
              <w:left w:val="nil"/>
              <w:bottom w:val="nil"/>
              <w:right w:val="nil"/>
            </w:tcBorders>
          </w:tcPr>
          <w:p w14:paraId="375CD799" w14:textId="5F405B9F" w:rsidR="000822CC" w:rsidRDefault="000822CC" w:rsidP="00C467C9"/>
        </w:tc>
      </w:tr>
      <w:tr w:rsidR="000822CC" w14:paraId="2CDFE137" w14:textId="77777777" w:rsidTr="00C467C9">
        <w:tc>
          <w:tcPr>
            <w:tcW w:w="1059" w:type="pct"/>
            <w:vAlign w:val="center"/>
          </w:tcPr>
          <w:p w14:paraId="4D54E304" w14:textId="2E598D66" w:rsidR="000822CC" w:rsidRPr="00597A18" w:rsidRDefault="000822CC" w:rsidP="00C467C9">
            <w:pPr>
              <w:rPr>
                <w:b/>
                <w:bCs/>
              </w:rPr>
            </w:pPr>
            <w:r w:rsidRPr="00597A18">
              <w:rPr>
                <w:b/>
                <w:bCs/>
              </w:rPr>
              <w:t>Institution</w:t>
            </w:r>
          </w:p>
        </w:tc>
        <w:sdt>
          <w:sdtPr>
            <w:id w:val="166296265"/>
            <w:placeholder>
              <w:docPart w:val="1A274BE9C5B443D1A17726A70BA5BE88"/>
            </w:placeholder>
            <w:showingPlcHdr/>
          </w:sdtPr>
          <w:sdtContent>
            <w:tc>
              <w:tcPr>
                <w:tcW w:w="3941" w:type="pct"/>
                <w:vAlign w:val="center"/>
              </w:tcPr>
              <w:p w14:paraId="4C95E0DA" w14:textId="77777777" w:rsidR="000822CC" w:rsidRPr="00597A18" w:rsidRDefault="000822CC" w:rsidP="00CA2CEB">
                <w:pPr>
                  <w:rPr>
                    <w:b/>
                    <w:bCs/>
                  </w:rPr>
                </w:pPr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2BB2C270" w14:textId="77777777" w:rsidTr="00C467C9">
        <w:tc>
          <w:tcPr>
            <w:tcW w:w="1059" w:type="pct"/>
            <w:vAlign w:val="center"/>
          </w:tcPr>
          <w:p w14:paraId="23CFC28A" w14:textId="77777777" w:rsidR="000822CC" w:rsidRDefault="000822CC" w:rsidP="00C467C9">
            <w:r w:rsidRPr="00597A18">
              <w:rPr>
                <w:b/>
                <w:bCs/>
              </w:rPr>
              <w:t>Management Role</w:t>
            </w:r>
          </w:p>
        </w:tc>
        <w:sdt>
          <w:sdtPr>
            <w:id w:val="-567032533"/>
            <w:placeholder>
              <w:docPart w:val="A085D69D22F3414FAD9887B991D529C1"/>
            </w:placeholder>
            <w:showingPlcHdr/>
          </w:sdtPr>
          <w:sdtContent>
            <w:tc>
              <w:tcPr>
                <w:tcW w:w="3941" w:type="pct"/>
              </w:tcPr>
              <w:p w14:paraId="7466ED83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0A98D824" w14:textId="77777777" w:rsidTr="00C467C9">
        <w:tc>
          <w:tcPr>
            <w:tcW w:w="1059" w:type="pct"/>
            <w:tcBorders>
              <w:bottom w:val="single" w:sz="4" w:space="0" w:color="auto"/>
            </w:tcBorders>
            <w:vAlign w:val="center"/>
          </w:tcPr>
          <w:p w14:paraId="03DA024E" w14:textId="77777777" w:rsidR="000822CC" w:rsidRDefault="000822CC" w:rsidP="00C467C9">
            <w:r w:rsidRPr="00597A18">
              <w:rPr>
                <w:b/>
                <w:bCs/>
              </w:rPr>
              <w:t>Key Responsibilities</w:t>
            </w:r>
          </w:p>
        </w:tc>
        <w:sdt>
          <w:sdtPr>
            <w:id w:val="1664809708"/>
            <w:placeholder>
              <w:docPart w:val="B1A8EE97B386410C844936E28D4417C0"/>
            </w:placeholder>
            <w:showingPlcHdr/>
          </w:sdtPr>
          <w:sdtContent>
            <w:tc>
              <w:tcPr>
                <w:tcW w:w="3941" w:type="pct"/>
                <w:tcBorders>
                  <w:bottom w:val="single" w:sz="4" w:space="0" w:color="auto"/>
                </w:tcBorders>
              </w:tcPr>
              <w:p w14:paraId="5D9725FA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4A2E08BB" w14:textId="77777777" w:rsidTr="00C467C9">
        <w:tc>
          <w:tcPr>
            <w:tcW w:w="1059" w:type="pct"/>
            <w:tcBorders>
              <w:left w:val="nil"/>
              <w:bottom w:val="nil"/>
              <w:right w:val="nil"/>
            </w:tcBorders>
            <w:vAlign w:val="center"/>
          </w:tcPr>
          <w:p w14:paraId="24A89B45" w14:textId="77777777" w:rsidR="000822CC" w:rsidRPr="00597A18" w:rsidRDefault="000822CC" w:rsidP="00C467C9">
            <w:pPr>
              <w:rPr>
                <w:b/>
                <w:bCs/>
              </w:rPr>
            </w:pPr>
          </w:p>
        </w:tc>
        <w:tc>
          <w:tcPr>
            <w:tcW w:w="3941" w:type="pct"/>
            <w:tcBorders>
              <w:left w:val="nil"/>
              <w:bottom w:val="nil"/>
              <w:right w:val="nil"/>
            </w:tcBorders>
          </w:tcPr>
          <w:p w14:paraId="735976C3" w14:textId="2D303B24" w:rsidR="000822CC" w:rsidRDefault="000822CC" w:rsidP="00C467C9"/>
        </w:tc>
      </w:tr>
      <w:tr w:rsidR="000822CC" w14:paraId="14AFF653" w14:textId="77777777" w:rsidTr="00C467C9">
        <w:tc>
          <w:tcPr>
            <w:tcW w:w="1059" w:type="pct"/>
            <w:vAlign w:val="center"/>
          </w:tcPr>
          <w:p w14:paraId="1E8BD975" w14:textId="7A887576" w:rsidR="000822CC" w:rsidRPr="00597A18" w:rsidRDefault="000822CC" w:rsidP="00C467C9">
            <w:pPr>
              <w:rPr>
                <w:b/>
                <w:bCs/>
              </w:rPr>
            </w:pPr>
            <w:r w:rsidRPr="00597A18">
              <w:rPr>
                <w:b/>
                <w:bCs/>
              </w:rPr>
              <w:t>Institution</w:t>
            </w:r>
          </w:p>
        </w:tc>
        <w:sdt>
          <w:sdtPr>
            <w:id w:val="737670681"/>
            <w:placeholder>
              <w:docPart w:val="4787EC9F905348D79E92A3ABA4FFFD9E"/>
            </w:placeholder>
            <w:showingPlcHdr/>
          </w:sdtPr>
          <w:sdtContent>
            <w:tc>
              <w:tcPr>
                <w:tcW w:w="3941" w:type="pct"/>
                <w:vAlign w:val="center"/>
              </w:tcPr>
              <w:p w14:paraId="762215EC" w14:textId="77777777" w:rsidR="000822CC" w:rsidRPr="00597A18" w:rsidRDefault="000822CC" w:rsidP="00CA2CEB">
                <w:pPr>
                  <w:rPr>
                    <w:b/>
                    <w:bCs/>
                  </w:rPr>
                </w:pPr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2150AEF9" w14:textId="77777777" w:rsidTr="00C467C9">
        <w:tc>
          <w:tcPr>
            <w:tcW w:w="1059" w:type="pct"/>
            <w:vAlign w:val="center"/>
          </w:tcPr>
          <w:p w14:paraId="3D897DBB" w14:textId="77777777" w:rsidR="000822CC" w:rsidRDefault="000822CC" w:rsidP="00C467C9">
            <w:r w:rsidRPr="00597A18">
              <w:rPr>
                <w:b/>
                <w:bCs/>
              </w:rPr>
              <w:t>Management Role</w:t>
            </w:r>
          </w:p>
        </w:tc>
        <w:sdt>
          <w:sdtPr>
            <w:id w:val="-1677264429"/>
            <w:placeholder>
              <w:docPart w:val="CEDBBDD355C841188200BD8B5ABE2DA3"/>
            </w:placeholder>
            <w:showingPlcHdr/>
          </w:sdtPr>
          <w:sdtContent>
            <w:tc>
              <w:tcPr>
                <w:tcW w:w="3941" w:type="pct"/>
              </w:tcPr>
              <w:p w14:paraId="5EA955E2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18839BEC" w14:textId="77777777" w:rsidTr="00C467C9">
        <w:tc>
          <w:tcPr>
            <w:tcW w:w="1059" w:type="pct"/>
            <w:tcBorders>
              <w:bottom w:val="single" w:sz="4" w:space="0" w:color="auto"/>
            </w:tcBorders>
            <w:vAlign w:val="center"/>
          </w:tcPr>
          <w:p w14:paraId="2F554134" w14:textId="77777777" w:rsidR="000822CC" w:rsidRDefault="000822CC" w:rsidP="00C467C9">
            <w:r w:rsidRPr="00597A18">
              <w:rPr>
                <w:b/>
                <w:bCs/>
              </w:rPr>
              <w:t>Key Responsibilities</w:t>
            </w:r>
          </w:p>
        </w:tc>
        <w:sdt>
          <w:sdtPr>
            <w:id w:val="1953049019"/>
            <w:placeholder>
              <w:docPart w:val="AD8EF480CCC844ADA184B2E6B7C3B785"/>
            </w:placeholder>
            <w:showingPlcHdr/>
          </w:sdtPr>
          <w:sdtContent>
            <w:tc>
              <w:tcPr>
                <w:tcW w:w="3941" w:type="pct"/>
                <w:tcBorders>
                  <w:bottom w:val="single" w:sz="4" w:space="0" w:color="auto"/>
                </w:tcBorders>
              </w:tcPr>
              <w:p w14:paraId="74B32AF3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208C48FA" w14:textId="77777777" w:rsidTr="00C467C9">
        <w:tc>
          <w:tcPr>
            <w:tcW w:w="1059" w:type="pct"/>
            <w:tcBorders>
              <w:left w:val="nil"/>
              <w:bottom w:val="nil"/>
              <w:right w:val="nil"/>
            </w:tcBorders>
            <w:vAlign w:val="center"/>
          </w:tcPr>
          <w:p w14:paraId="0C017917" w14:textId="77777777" w:rsidR="000822CC" w:rsidRPr="00597A18" w:rsidRDefault="000822CC" w:rsidP="00C467C9">
            <w:pPr>
              <w:rPr>
                <w:b/>
                <w:bCs/>
              </w:rPr>
            </w:pPr>
          </w:p>
        </w:tc>
        <w:tc>
          <w:tcPr>
            <w:tcW w:w="3941" w:type="pct"/>
            <w:tcBorders>
              <w:left w:val="nil"/>
              <w:bottom w:val="nil"/>
              <w:right w:val="nil"/>
            </w:tcBorders>
          </w:tcPr>
          <w:p w14:paraId="2F8F1E5B" w14:textId="6341D9C7" w:rsidR="000822CC" w:rsidRDefault="000822CC" w:rsidP="00C467C9"/>
        </w:tc>
      </w:tr>
    </w:tbl>
    <w:p w14:paraId="21EE9805" w14:textId="77777777" w:rsidR="006D01CC" w:rsidRPr="006D01CC" w:rsidRDefault="006D01CC" w:rsidP="006D01CC"/>
    <w:p w14:paraId="3E22192C" w14:textId="77777777" w:rsidR="00D15160" w:rsidRPr="00846BF0" w:rsidRDefault="00D15160" w:rsidP="00D15160">
      <w:pPr>
        <w:rPr>
          <w:b/>
          <w:bCs/>
        </w:rPr>
      </w:pPr>
    </w:p>
    <w:p w14:paraId="3CE02F2D" w14:textId="77777777" w:rsidR="00D15160" w:rsidRDefault="00D15160">
      <w:pPr>
        <w:rPr>
          <w:rFonts w:asciiTheme="minorHAnsi" w:hAnsiTheme="minorHAnsi"/>
          <w:sz w:val="22"/>
        </w:rPr>
      </w:pPr>
    </w:p>
    <w:sectPr w:rsidR="00D15160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31EEC" w14:textId="77777777" w:rsidR="009016A6" w:rsidRDefault="009016A6" w:rsidP="001B2E81">
      <w:pPr>
        <w:spacing w:after="0" w:line="240" w:lineRule="auto"/>
      </w:pPr>
      <w:r>
        <w:separator/>
      </w:r>
    </w:p>
  </w:endnote>
  <w:endnote w:type="continuationSeparator" w:id="0">
    <w:p w14:paraId="667D3C9A" w14:textId="77777777" w:rsidR="009016A6" w:rsidRDefault="009016A6" w:rsidP="001B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54CBEC" w14:textId="5E77B792" w:rsidR="007C3707" w:rsidRDefault="007C3707" w:rsidP="007C3707">
        <w:pPr>
          <w:pStyle w:val="Footer"/>
        </w:pP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B68F4" w14:textId="77777777" w:rsidR="009016A6" w:rsidRDefault="009016A6" w:rsidP="001B2E81">
      <w:pPr>
        <w:spacing w:after="0" w:line="240" w:lineRule="auto"/>
      </w:pPr>
      <w:r>
        <w:separator/>
      </w:r>
    </w:p>
  </w:footnote>
  <w:footnote w:type="continuationSeparator" w:id="0">
    <w:p w14:paraId="51DDEEF5" w14:textId="77777777" w:rsidR="009016A6" w:rsidRDefault="009016A6" w:rsidP="001B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E8575" w14:textId="5981218A" w:rsidR="007C3707" w:rsidRDefault="007C3707">
    <w:pPr>
      <w:pStyle w:val="Header"/>
    </w:pPr>
    <w:r>
      <w:ptab w:relativeTo="margin" w:alignment="right" w:leader="none"/>
    </w:r>
    <w:r>
      <w:t xml:space="preserve">RCPI HST Application CV: </w:t>
    </w:r>
    <w:r w:rsidR="00D15160">
      <w:t>Nephrology</w:t>
    </w:r>
  </w:p>
  <w:p w14:paraId="497A380F" w14:textId="734246AE" w:rsidR="001B2E81" w:rsidRDefault="001B2E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7E0E60C6" w:rsidR="001B2E81" w:rsidRDefault="001C17E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A38EE8" wp14:editId="765CEE2F">
          <wp:simplePos x="0" y="0"/>
          <wp:positionH relativeFrom="column">
            <wp:posOffset>-659757</wp:posOffset>
          </wp:positionH>
          <wp:positionV relativeFrom="paragraph">
            <wp:posOffset>-183290</wp:posOffset>
          </wp:positionV>
          <wp:extent cx="2948800" cy="1041721"/>
          <wp:effectExtent l="0" t="0" r="4445" b="6350"/>
          <wp:wrapTopAndBottom/>
          <wp:docPr id="4041119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111922" name="Picture 4041119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48800" cy="10417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991F84"/>
    <w:multiLevelType w:val="hybridMultilevel"/>
    <w:tmpl w:val="0F30E3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2142C"/>
    <w:multiLevelType w:val="hybridMultilevel"/>
    <w:tmpl w:val="27EE41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D03EC6"/>
    <w:multiLevelType w:val="hybridMultilevel"/>
    <w:tmpl w:val="0F30E3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1F2C7B"/>
    <w:multiLevelType w:val="hybridMultilevel"/>
    <w:tmpl w:val="5CFE185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806701">
    <w:abstractNumId w:val="11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0"/>
  </w:num>
  <w:num w:numId="12" w16cid:durableId="954025059">
    <w:abstractNumId w:val="12"/>
  </w:num>
  <w:num w:numId="13" w16cid:durableId="1694188166">
    <w:abstractNumId w:val="13"/>
  </w:num>
  <w:num w:numId="14" w16cid:durableId="889731661">
    <w:abstractNumId w:val="14"/>
  </w:num>
  <w:num w:numId="15" w16cid:durableId="1684742980">
    <w:abstractNumId w:val="15"/>
  </w:num>
  <w:num w:numId="16" w16cid:durableId="1393891575">
    <w:abstractNumId w:val="9"/>
  </w:num>
  <w:num w:numId="17" w16cid:durableId="15711127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DFE"/>
    <w:rsid w:val="0006063C"/>
    <w:rsid w:val="00081140"/>
    <w:rsid w:val="000822CC"/>
    <w:rsid w:val="000834D5"/>
    <w:rsid w:val="000F1628"/>
    <w:rsid w:val="0015074B"/>
    <w:rsid w:val="001B1C2A"/>
    <w:rsid w:val="001B2E81"/>
    <w:rsid w:val="001C17E4"/>
    <w:rsid w:val="00214ECC"/>
    <w:rsid w:val="002319B9"/>
    <w:rsid w:val="002931FF"/>
    <w:rsid w:val="0029639D"/>
    <w:rsid w:val="002B4D0D"/>
    <w:rsid w:val="002D7D98"/>
    <w:rsid w:val="002E140B"/>
    <w:rsid w:val="00311976"/>
    <w:rsid w:val="00326F90"/>
    <w:rsid w:val="003729FB"/>
    <w:rsid w:val="004A41F5"/>
    <w:rsid w:val="004D6768"/>
    <w:rsid w:val="004E3CD1"/>
    <w:rsid w:val="00504308"/>
    <w:rsid w:val="00547911"/>
    <w:rsid w:val="00584CC7"/>
    <w:rsid w:val="00597958"/>
    <w:rsid w:val="00597A18"/>
    <w:rsid w:val="005A051B"/>
    <w:rsid w:val="006D0099"/>
    <w:rsid w:val="006D01CC"/>
    <w:rsid w:val="006D2D13"/>
    <w:rsid w:val="0075109E"/>
    <w:rsid w:val="007C0991"/>
    <w:rsid w:val="007C3707"/>
    <w:rsid w:val="007F74AB"/>
    <w:rsid w:val="00821B93"/>
    <w:rsid w:val="00846BF0"/>
    <w:rsid w:val="008525FA"/>
    <w:rsid w:val="009016A6"/>
    <w:rsid w:val="009A70F2"/>
    <w:rsid w:val="009A7B67"/>
    <w:rsid w:val="009E4AEB"/>
    <w:rsid w:val="00A0792E"/>
    <w:rsid w:val="00A36383"/>
    <w:rsid w:val="00AA1D8D"/>
    <w:rsid w:val="00AF6DCC"/>
    <w:rsid w:val="00B16633"/>
    <w:rsid w:val="00B47730"/>
    <w:rsid w:val="00B8038E"/>
    <w:rsid w:val="00BC3393"/>
    <w:rsid w:val="00BD4838"/>
    <w:rsid w:val="00C47B11"/>
    <w:rsid w:val="00C7253B"/>
    <w:rsid w:val="00C95D05"/>
    <w:rsid w:val="00CB0664"/>
    <w:rsid w:val="00CC1592"/>
    <w:rsid w:val="00CD745A"/>
    <w:rsid w:val="00D15160"/>
    <w:rsid w:val="00DA296B"/>
    <w:rsid w:val="00DC2290"/>
    <w:rsid w:val="00E9708F"/>
    <w:rsid w:val="00F211F0"/>
    <w:rsid w:val="00F277ED"/>
    <w:rsid w:val="00F4085D"/>
    <w:rsid w:val="00F54DC5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1707BD" w:rsidP="001707BD">
          <w:pPr>
            <w:pStyle w:val="F4D6CB2241074A76A75ACE4A72F3BAC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1707BD" w:rsidP="001707BD">
          <w:pPr>
            <w:pStyle w:val="758EF154077D4EC492E0AA02749775E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1707BD" w:rsidP="001707BD">
          <w:pPr>
            <w:pStyle w:val="60444590C5F4414E83C6454885D5753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1707BD" w:rsidP="001707BD">
          <w:pPr>
            <w:pStyle w:val="096DC268CB3744C7AF90E558EFABE7F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1707BD" w:rsidP="001707BD">
          <w:pPr>
            <w:pStyle w:val="16EE3227410F4460A6706019F08584B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1707BD" w:rsidP="001707BD">
          <w:pPr>
            <w:pStyle w:val="35C6ADD19D0A4F7F9AA8A8D4CCB1374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1707BD" w:rsidP="001707BD">
          <w:pPr>
            <w:pStyle w:val="0AD4EFDEB46F4DD3B07D7D864B6EAEB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1707BD" w:rsidP="001707BD">
          <w:pPr>
            <w:pStyle w:val="C969D259CE28476AA1EB44B74A93B0D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1707BD" w:rsidP="001707BD">
          <w:pPr>
            <w:pStyle w:val="4163D3241B974CB9999FF0EC5B4E2B2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1707BD" w:rsidP="001707BD">
          <w:pPr>
            <w:pStyle w:val="89495584885745569DDCF4FEC1482D0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1707BD" w:rsidP="001707BD">
          <w:pPr>
            <w:pStyle w:val="66C6F6902A3B4D4CA7D745FDDA70B68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1707BD" w:rsidP="001707BD">
          <w:pPr>
            <w:pStyle w:val="4CD965A9EE694FECADF2476D720E7B6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1707BD" w:rsidP="001707BD">
          <w:pPr>
            <w:pStyle w:val="09E232A6ADC042DB884957F020A929B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1707BD" w:rsidP="001707BD">
          <w:pPr>
            <w:pStyle w:val="3DF7FD3C5E5C4C0992D419903A5ACDD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1707BD" w:rsidP="001707BD">
          <w:pPr>
            <w:pStyle w:val="657F90F891404138BEF4C8B0986FE70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1707BD" w:rsidP="001707BD">
          <w:pPr>
            <w:pStyle w:val="C9113B8A854441D682CE5AC80AFB086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1707BD" w:rsidP="001707BD">
          <w:pPr>
            <w:pStyle w:val="CADFFF9D18954E1993F5C0789B03E17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1707BD" w:rsidP="001707BD">
          <w:pPr>
            <w:pStyle w:val="AB27C8C8D90949D99B80C3BCC40C6DB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1707BD" w:rsidP="001707BD">
          <w:pPr>
            <w:pStyle w:val="7E217E49FF2B4BCCB4F3ACCCBA86205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1707BD" w:rsidP="001707BD">
          <w:pPr>
            <w:pStyle w:val="A6B6B6169038418C8F137F03A3BAC3E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1707BD" w:rsidP="001707BD">
          <w:pPr>
            <w:pStyle w:val="C6C5AA04D5744E5397F5B4C02E599FE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1707BD" w:rsidP="001707BD">
          <w:pPr>
            <w:pStyle w:val="657845195F10471BB191FDF6254F450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1707BD" w:rsidP="001707BD">
          <w:pPr>
            <w:pStyle w:val="7041F98D97294F33B27DB409BE8E34F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1707BD" w:rsidP="001707BD">
          <w:pPr>
            <w:pStyle w:val="73AB6D1D873F4738BF61AE697637871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1707BD" w:rsidP="001707BD">
          <w:pPr>
            <w:pStyle w:val="520891A0A4C04E9D9F8A8F3644975CB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1707BD" w:rsidP="001707BD">
          <w:pPr>
            <w:pStyle w:val="C582574595EA444189787F4DFB8EE37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1707BD" w:rsidP="001707BD">
          <w:pPr>
            <w:pStyle w:val="55670920D67C4481B676B57D42BEF39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1707BD" w:rsidP="001707BD">
          <w:pPr>
            <w:pStyle w:val="1734C0B0E50C4165979C1D1CD6EF511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1707BD" w:rsidP="001707BD">
          <w:pPr>
            <w:pStyle w:val="A98CC7936C024C2988776FBA2CC670B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1707BD" w:rsidP="001707BD">
          <w:pPr>
            <w:pStyle w:val="2E9B36F7201C45DF99CA9FA9C42900A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1707BD" w:rsidP="001707BD">
          <w:pPr>
            <w:pStyle w:val="09814CF1CD7A47D3BB560F37A96F9D5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1707BD" w:rsidP="001707BD">
          <w:pPr>
            <w:pStyle w:val="7793DEAF92564508A217818A964BBBC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BDFBC283534F4BBD2BA4F862ACB4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490BC3-C060-4438-9CC5-5916CC79F9D2}"/>
      </w:docPartPr>
      <w:docPartBody>
        <w:p w:rsidR="000C6124" w:rsidRDefault="001707BD" w:rsidP="001707BD">
          <w:pPr>
            <w:pStyle w:val="8DBDFBC283534F4BBD2BA4F862ACB451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EFE74F2D8745C0A1AFE793A758D0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9577E8-8AC7-49B5-A3C8-90E2026B9005}"/>
      </w:docPartPr>
      <w:docPartBody>
        <w:p w:rsidR="000C6124" w:rsidRDefault="001707BD" w:rsidP="001707BD">
          <w:pPr>
            <w:pStyle w:val="00EFE74F2D8745C0A1AFE793A758D0A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57DE90E5C84495903890F45F572B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FBD9C-90DD-4857-B957-0CF038D65BCC}"/>
      </w:docPartPr>
      <w:docPartBody>
        <w:p w:rsidR="000C6124" w:rsidRDefault="001707BD" w:rsidP="001707BD">
          <w:pPr>
            <w:pStyle w:val="E357DE90E5C84495903890F45F572BB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E4D4EE6CE3494392F89273BA22A7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D36151-97CC-4867-A3C5-8CC1C9CC5E56}"/>
      </w:docPartPr>
      <w:docPartBody>
        <w:p w:rsidR="000C6124" w:rsidRDefault="001707BD" w:rsidP="001707BD">
          <w:pPr>
            <w:pStyle w:val="95E4D4EE6CE3494392F89273BA22A71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98C9CAFC5D420E879FD99D9DF47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C3897-78B5-4E30-BE5F-FF60CBE87791}"/>
      </w:docPartPr>
      <w:docPartBody>
        <w:p w:rsidR="000C6124" w:rsidRDefault="001707BD" w:rsidP="001707BD">
          <w:pPr>
            <w:pStyle w:val="1898C9CAFC5D420E879FD99D9DF4731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9A59954FC243C5AE95F389C52E8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23C3FD-B4EE-4257-A0A6-A5C4DA81D4F2}"/>
      </w:docPartPr>
      <w:docPartBody>
        <w:p w:rsidR="000C6124" w:rsidRDefault="001707BD" w:rsidP="001707BD">
          <w:pPr>
            <w:pStyle w:val="479A59954FC243C5AE95F389C52E8A1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60026625B44F3A8F3293627A0749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5C6908-C501-4E76-B5B9-23E1A8B5C69B}"/>
      </w:docPartPr>
      <w:docPartBody>
        <w:p w:rsidR="000C6124" w:rsidRDefault="001707BD" w:rsidP="001707BD">
          <w:pPr>
            <w:pStyle w:val="8960026625B44F3A8F3293627A07497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4025CA976E4DFE925F591236339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66113-8B78-4D79-B701-5E722DF1F4C5}"/>
      </w:docPartPr>
      <w:docPartBody>
        <w:p w:rsidR="000C6124" w:rsidRDefault="003651DD" w:rsidP="003651DD">
          <w:pPr>
            <w:pStyle w:val="544025CA976E4DFE925F591236339CF2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53292318265E418CBFC736A93ED0CF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1FFCB-7AE9-489C-AE8B-44C17247484B}"/>
      </w:docPartPr>
      <w:docPartBody>
        <w:p w:rsidR="000C6124" w:rsidRDefault="001707BD" w:rsidP="001707BD">
          <w:pPr>
            <w:pStyle w:val="53292318265E418CBFC736A93ED0CF7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106B1453BD4F67BF63B7C3B463E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25966C-AD22-4426-852F-E3443E714AF2}"/>
      </w:docPartPr>
      <w:docPartBody>
        <w:p w:rsidR="000C6124" w:rsidRDefault="001707BD" w:rsidP="001707BD">
          <w:pPr>
            <w:pStyle w:val="5E106B1453BD4F67BF63B7C3B463E97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F3B7DE2F8D4D4F891158D9B04F63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7EF056-7E67-4CD0-981F-271B966994B8}"/>
      </w:docPartPr>
      <w:docPartBody>
        <w:p w:rsidR="000C6124" w:rsidRDefault="001707BD" w:rsidP="001707BD">
          <w:pPr>
            <w:pStyle w:val="18F3B7DE2F8D4D4F891158D9B04F63A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B400469BBC4934A85AA102FC6B7B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FFDE29-DCF6-4351-B38D-B89A937E952C}"/>
      </w:docPartPr>
      <w:docPartBody>
        <w:p w:rsidR="000C6124" w:rsidRDefault="001707BD" w:rsidP="001707BD">
          <w:pPr>
            <w:pStyle w:val="46B400469BBC4934A85AA102FC6B7BF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B4B76762754359A4C03A746FAC91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5F823-64CD-40B5-A84D-1256F2B3193E}"/>
      </w:docPartPr>
      <w:docPartBody>
        <w:p w:rsidR="000C6124" w:rsidRDefault="001707BD" w:rsidP="001707BD">
          <w:pPr>
            <w:pStyle w:val="D5B4B76762754359A4C03A746FAC91A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EB36B29EB94A7498130424C198C4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C3D784-21FE-4C7E-948A-7CBD0CFE3094}"/>
      </w:docPartPr>
      <w:docPartBody>
        <w:p w:rsidR="000C6124" w:rsidRDefault="001707BD" w:rsidP="001707BD">
          <w:pPr>
            <w:pStyle w:val="9BEB36B29EB94A7498130424C198C46E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4BDE126E234E62BD86E06E385071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6DEC38-597C-4EE5-A8EA-2834DA826C72}"/>
      </w:docPartPr>
      <w:docPartBody>
        <w:p w:rsidR="000C6124" w:rsidRDefault="001707BD" w:rsidP="001707BD">
          <w:pPr>
            <w:pStyle w:val="914BDE126E234E62BD86E06E385071B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6919BD3B3A4FF3AC9F4BD105C457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CEEA0-17D3-46D2-9214-ABB97397E3B5}"/>
      </w:docPartPr>
      <w:docPartBody>
        <w:p w:rsidR="000C6124" w:rsidRDefault="001707BD" w:rsidP="001707BD">
          <w:pPr>
            <w:pStyle w:val="776919BD3B3A4FF3AC9F4BD105C4573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28960A443142C2B3B21E345BABA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CB355-3E31-4164-9D51-FF4513CCD87D}"/>
      </w:docPartPr>
      <w:docPartBody>
        <w:p w:rsidR="000C6124" w:rsidRDefault="001707BD" w:rsidP="001707BD">
          <w:pPr>
            <w:pStyle w:val="9328960A443142C2B3B21E345BABA205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7F5AD484C9A444598540556BC8B2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726A84-4984-430E-921F-0C3AA173E9D8}"/>
      </w:docPartPr>
      <w:docPartBody>
        <w:p w:rsidR="000C6124" w:rsidRDefault="001707BD" w:rsidP="001707BD">
          <w:pPr>
            <w:pStyle w:val="E7F5AD484C9A444598540556BC8B2BA7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400A6D8081F4C7B8F02074AFCDCCF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C6AEC2-DE1B-4207-8930-677843C2F364}"/>
      </w:docPartPr>
      <w:docPartBody>
        <w:p w:rsidR="000C6124" w:rsidRDefault="001707BD" w:rsidP="001707BD">
          <w:pPr>
            <w:pStyle w:val="3400A6D8081F4C7B8F02074AFCDCCF28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64BF46CFB54E30B2400DA28D9D0C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5A151-B393-4B91-A3CE-2F0BA81C382F}"/>
      </w:docPartPr>
      <w:docPartBody>
        <w:p w:rsidR="000C6124" w:rsidRDefault="001707BD" w:rsidP="001707BD">
          <w:pPr>
            <w:pStyle w:val="4A64BF46CFB54E30B2400DA28D9D0C97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6434D49B2F4D9EAA987990248B41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97CB4-E671-4367-A73E-B83386F9D3B0}"/>
      </w:docPartPr>
      <w:docPartBody>
        <w:p w:rsidR="000C6124" w:rsidRDefault="001707BD" w:rsidP="001707BD">
          <w:pPr>
            <w:pStyle w:val="E36434D49B2F4D9EAA987990248B418E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5915EBF6CA4FF0A6AD89B4BE2ADE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21F2E-6154-4011-921E-BCB03C9AF8FA}"/>
      </w:docPartPr>
      <w:docPartBody>
        <w:p w:rsidR="000C6124" w:rsidRDefault="001707BD" w:rsidP="001707BD">
          <w:pPr>
            <w:pStyle w:val="4F5915EBF6CA4FF0A6AD89B4BE2ADE6B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07F05445494B0BAC1500946C3B12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03D42B-5F09-415C-AF1E-E003F8EBE5B2}"/>
      </w:docPartPr>
      <w:docPartBody>
        <w:p w:rsidR="000C6124" w:rsidRDefault="001707BD" w:rsidP="001707BD">
          <w:pPr>
            <w:pStyle w:val="D607F05445494B0BAC1500946C3B12E4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44F120EF504B9D87279119751C3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5CF4E-427B-4B6E-8A82-A22137D6ABFD}"/>
      </w:docPartPr>
      <w:docPartBody>
        <w:p w:rsidR="000C6124" w:rsidRDefault="001707BD" w:rsidP="001707BD">
          <w:pPr>
            <w:pStyle w:val="1B44F120EF504B9D87279119751C30A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1B6815A47640368EF06E4616CB25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C3BBB-74A1-443E-95DC-3FE413480B93}"/>
      </w:docPartPr>
      <w:docPartBody>
        <w:p w:rsidR="000C6124" w:rsidRDefault="001707BD" w:rsidP="001707BD">
          <w:pPr>
            <w:pStyle w:val="A31B6815A47640368EF06E4616CB25F5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5DF82CD6004F83A1245C5809E10E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7A822-EAB0-4936-BC94-F660EF02A644}"/>
      </w:docPartPr>
      <w:docPartBody>
        <w:p w:rsidR="000C6124" w:rsidRDefault="001707BD" w:rsidP="001707BD">
          <w:pPr>
            <w:pStyle w:val="D65DF82CD6004F83A1245C5809E10E0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1F05B5CD7A4FC2A2F6127494FC9E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D2556A-0460-40B4-8678-9C14F05F3AC9}"/>
      </w:docPartPr>
      <w:docPartBody>
        <w:p w:rsidR="000C6124" w:rsidRDefault="001707BD" w:rsidP="001707BD">
          <w:pPr>
            <w:pStyle w:val="A61F05B5CD7A4FC2A2F6127494FC9E2F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DC3D4A0FCC94CF9A02A26AD5845B7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893B9-FEA1-4F3F-9EB0-CA7828DFDF66}"/>
      </w:docPartPr>
      <w:docPartBody>
        <w:p w:rsidR="000C6124" w:rsidRDefault="001707BD" w:rsidP="001707BD">
          <w:pPr>
            <w:pStyle w:val="CDC3D4A0FCC94CF9A02A26AD5845B79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CFB9C1AC9D4839ABCED80D73E5E1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21405B-3E92-4762-AF23-A3BDAC15C301}"/>
      </w:docPartPr>
      <w:docPartBody>
        <w:p w:rsidR="000C6124" w:rsidRDefault="001707BD" w:rsidP="001707BD">
          <w:pPr>
            <w:pStyle w:val="8BCFB9C1AC9D4839ABCED80D73E5E14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A77B9B51824BC0B08E6A136990F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89076-BB0C-45F7-A892-C6FC994ED464}"/>
      </w:docPartPr>
      <w:docPartBody>
        <w:p w:rsidR="000C6124" w:rsidRDefault="001707BD" w:rsidP="001707BD">
          <w:pPr>
            <w:pStyle w:val="CCA77B9B51824BC0B08E6A136990FE8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55299D04524608BA2E32D58C412F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25E33F-0766-4747-8DFA-15E37440E048}"/>
      </w:docPartPr>
      <w:docPartBody>
        <w:p w:rsidR="000C6124" w:rsidRDefault="001707BD" w:rsidP="001707BD">
          <w:pPr>
            <w:pStyle w:val="9A55299D04524608BA2E32D58C412F8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8EE46B17194A198967536CF7F6B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3772B-AE3F-416F-9425-C5DE9578E45B}"/>
      </w:docPartPr>
      <w:docPartBody>
        <w:p w:rsidR="000C6124" w:rsidRDefault="001707BD" w:rsidP="001707BD">
          <w:pPr>
            <w:pStyle w:val="3A8EE46B17194A198967536CF7F6B03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294CA3D5B540E08F82698A028B2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EB09A-7F94-4C8C-A37D-2B80B1C82C17}"/>
      </w:docPartPr>
      <w:docPartBody>
        <w:p w:rsidR="000C6124" w:rsidRDefault="001707BD" w:rsidP="001707BD">
          <w:pPr>
            <w:pStyle w:val="10294CA3D5B540E08F82698A028B2D3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FBF4A0DBEE4ACD9D850457BB24F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557F2D-B240-4CC3-953F-296B55DC955C}"/>
      </w:docPartPr>
      <w:docPartBody>
        <w:p w:rsidR="000C6124" w:rsidRDefault="001707BD" w:rsidP="001707BD">
          <w:pPr>
            <w:pStyle w:val="2CFBF4A0DBEE4ACD9D850457BB24FA0F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91FE338EE244DC81FCB3133A8C7E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4BB32B-CD9E-4882-896C-18E1BF7689FD}"/>
      </w:docPartPr>
      <w:docPartBody>
        <w:p w:rsidR="000C6124" w:rsidRDefault="001707BD" w:rsidP="001707BD">
          <w:pPr>
            <w:pStyle w:val="8991FE338EE244DC81FCB3133A8C7EA3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0B7AE5C4BC4E6A8219612CAB1B9C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88F37-7D1B-4EF3-96F0-2BA964988106}"/>
      </w:docPartPr>
      <w:docPartBody>
        <w:p w:rsidR="000C6124" w:rsidRDefault="001707BD" w:rsidP="001707BD">
          <w:pPr>
            <w:pStyle w:val="170B7AE5C4BC4E6A8219612CAB1B9C03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1336DCC7524474BB3A3305E388B7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83CA33-9C4F-477B-9724-6D7E436C0ABB}"/>
      </w:docPartPr>
      <w:docPartBody>
        <w:p w:rsidR="001707BD" w:rsidRDefault="001707BD" w:rsidP="001707BD">
          <w:pPr>
            <w:pStyle w:val="0A1336DCC7524474BB3A3305E388B72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5AC5111F71478F8B918D49899D63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EDBEDD-DF90-4BF9-8C0E-55D202BC81E8}"/>
      </w:docPartPr>
      <w:docPartBody>
        <w:p w:rsidR="001707BD" w:rsidRDefault="001707BD" w:rsidP="001707BD">
          <w:pPr>
            <w:pStyle w:val="485AC5111F71478F8B918D49899D631A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F2F0818A104EFEB515B57628C350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4AB45-EA5B-439C-8A6A-765AD71E2D83}"/>
      </w:docPartPr>
      <w:docPartBody>
        <w:p w:rsidR="001707BD" w:rsidRDefault="001707BD" w:rsidP="001707BD">
          <w:pPr>
            <w:pStyle w:val="93F2F0818A104EFEB515B57628C350B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C3EC3620734AFE88DB392970609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5AB84-94FF-4D38-B6EA-EE9F20059D58}"/>
      </w:docPartPr>
      <w:docPartBody>
        <w:p w:rsidR="001707BD" w:rsidRDefault="001707BD" w:rsidP="001707BD">
          <w:pPr>
            <w:pStyle w:val="77C3EC3620734AFE88DB392970609F8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B92F44A5874808BF693A8992740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1431B4-2CFF-4199-B51D-AF6C328DFF62}"/>
      </w:docPartPr>
      <w:docPartBody>
        <w:p w:rsidR="001707BD" w:rsidRDefault="001707BD" w:rsidP="001707BD">
          <w:pPr>
            <w:pStyle w:val="59B92F44A5874808BF693A8992740FF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FB8D7F40F342AFBF061A1834C158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43536F-AC05-4B55-9238-06FB481B64B8}"/>
      </w:docPartPr>
      <w:docPartBody>
        <w:p w:rsidR="001707BD" w:rsidRDefault="001707BD" w:rsidP="001707BD">
          <w:pPr>
            <w:pStyle w:val="2CFB8D7F40F342AFBF061A1834C158E5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D9CFA04C8240A1A670758FE6963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24A4B-B0F6-44E8-9BCB-91007BE653E5}"/>
      </w:docPartPr>
      <w:docPartBody>
        <w:p w:rsidR="001707BD" w:rsidRDefault="001707BD" w:rsidP="001707BD">
          <w:pPr>
            <w:pStyle w:val="19D9CFA04C8240A1A670758FE6963C0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0FAF4B33F1480E808CBEA2BB0CC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D571D1-A9C4-40C9-A0AE-ACC0584F0AFB}"/>
      </w:docPartPr>
      <w:docPartBody>
        <w:p w:rsidR="001707BD" w:rsidRDefault="001707BD" w:rsidP="001707BD">
          <w:pPr>
            <w:pStyle w:val="9D0FAF4B33F1480E808CBEA2BB0CCC2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95820094F447E6903FF8A591797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221B5-E193-4608-AF01-8084BA2DDAAF}"/>
      </w:docPartPr>
      <w:docPartBody>
        <w:p w:rsidR="001707BD" w:rsidRDefault="001707BD" w:rsidP="001707BD">
          <w:pPr>
            <w:pStyle w:val="0D95820094F447E6903FF8A5917974BF1"/>
          </w:pPr>
          <w:r w:rsidRPr="005A5DA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C6C4AEBF7B41AFB193F7D7AC8B5E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EC76D1-0E68-40E9-9ACB-D68E2F0AC2E6}"/>
      </w:docPartPr>
      <w:docPartBody>
        <w:p w:rsidR="001707BD" w:rsidRDefault="001707BD" w:rsidP="001707BD">
          <w:pPr>
            <w:pStyle w:val="D2C6C4AEBF7B41AFB193F7D7AC8B5E39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6B12B4C8CB41F0BF158B32F26B7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69F1E-B802-430B-B448-B043DB570227}"/>
      </w:docPartPr>
      <w:docPartBody>
        <w:p w:rsidR="001707BD" w:rsidRDefault="001707BD" w:rsidP="001707BD">
          <w:pPr>
            <w:pStyle w:val="A26B12B4C8CB41F0BF158B32F26B7039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64C370B4AF476EB8735BCFD3AC2A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7AB9AA-68CB-4810-8E89-18E4503BBFB0}"/>
      </w:docPartPr>
      <w:docPartBody>
        <w:p w:rsidR="001707BD" w:rsidRDefault="001707BD" w:rsidP="001707BD">
          <w:pPr>
            <w:pStyle w:val="2064C370B4AF476EB8735BCFD3AC2A27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6021EA42E64535BB1819C78688F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CF028-79B9-4995-B47F-3A74E464DD08}"/>
      </w:docPartPr>
      <w:docPartBody>
        <w:p w:rsidR="001707BD" w:rsidRDefault="001707BD" w:rsidP="001707BD">
          <w:pPr>
            <w:pStyle w:val="966021EA42E64535BB1819C78688F571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5EB44F493F4126B09ED545717FC0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BE17D-DF4F-4049-9F4A-ABEFA552C48B}"/>
      </w:docPartPr>
      <w:docPartBody>
        <w:p w:rsidR="001707BD" w:rsidRDefault="001707BD" w:rsidP="001707BD">
          <w:pPr>
            <w:pStyle w:val="175EB44F493F4126B09ED545717FC05E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BFE4E7AE0943D8BE78CE204FE645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F098D-4546-4173-9484-E54F247CE033}"/>
      </w:docPartPr>
      <w:docPartBody>
        <w:p w:rsidR="001707BD" w:rsidRDefault="001707BD" w:rsidP="001707BD">
          <w:pPr>
            <w:pStyle w:val="1BBFE4E7AE0943D8BE78CE204FE6458E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FBE3645B874B5DA6A97A1EDE6489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63C71-B6ED-4D41-889D-900C6DFCDD1B}"/>
      </w:docPartPr>
      <w:docPartBody>
        <w:p w:rsidR="001707BD" w:rsidRDefault="001707BD" w:rsidP="001707BD">
          <w:pPr>
            <w:pStyle w:val="D4FBE3645B874B5DA6A97A1EDE6489882"/>
          </w:pPr>
          <w:r w:rsidRPr="005A5DA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C3BD7C971F4B709835CABCA8408F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A14A3A-2CB6-46F0-9BEA-9F5D14804639}"/>
      </w:docPartPr>
      <w:docPartBody>
        <w:p w:rsidR="001707BD" w:rsidRDefault="001707BD" w:rsidP="001707BD">
          <w:pPr>
            <w:pStyle w:val="87C3BD7C971F4B709835CABCA8408F4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B954F6C93E4E3CAF25ED4D1E9DD0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D2AB25-EB5B-4E3D-A39F-0A8B3CD11910}"/>
      </w:docPartPr>
      <w:docPartBody>
        <w:p w:rsidR="001707BD" w:rsidRDefault="001707BD" w:rsidP="001707BD">
          <w:pPr>
            <w:pStyle w:val="B6B954F6C93E4E3CAF25ED4D1E9DD08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8C7854AA73411A97D1218AEE3D5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AB92DE-30D4-4FD6-B3FF-57971C2DFB7E}"/>
      </w:docPartPr>
      <w:docPartBody>
        <w:p w:rsidR="001707BD" w:rsidRDefault="001707BD" w:rsidP="001707BD">
          <w:pPr>
            <w:pStyle w:val="CF8C7854AA73411A97D1218AEE3D54D42"/>
          </w:pPr>
          <w:r w:rsidRPr="005A5DA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C7A0E89C9B42AB86638CE4422E2F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424448-C2ED-4748-8165-1941721F805E}"/>
      </w:docPartPr>
      <w:docPartBody>
        <w:p w:rsidR="001707BD" w:rsidRDefault="001707BD" w:rsidP="001707BD">
          <w:pPr>
            <w:pStyle w:val="CAC7A0E89C9B42AB86638CE4422E2F6D2"/>
          </w:pPr>
          <w:r w:rsidRPr="005A5DA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13B2C2C0DB44DC97A99B1F6C9114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B9F788-F5A3-423C-8847-1BBA2CB7C212}"/>
      </w:docPartPr>
      <w:docPartBody>
        <w:p w:rsidR="001707BD" w:rsidRDefault="001707BD" w:rsidP="001707BD">
          <w:pPr>
            <w:pStyle w:val="3F13B2C2C0DB44DC97A99B1F6C9114C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F183E1789645268B3FD3C9F15F7D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DA02BD-2D4F-471C-8EF4-7ECF48EA2B13}"/>
      </w:docPartPr>
      <w:docPartBody>
        <w:p w:rsidR="001707BD" w:rsidRDefault="001707BD" w:rsidP="001707BD">
          <w:pPr>
            <w:pStyle w:val="B3F183E1789645268B3FD3C9F15F7DE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A9AED2723D4C6CB5E02F6E0A9A8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CA53B-B450-4C28-91FE-8E6290F309D8}"/>
      </w:docPartPr>
      <w:docPartBody>
        <w:p w:rsidR="001707BD" w:rsidRDefault="001707BD" w:rsidP="001707BD">
          <w:pPr>
            <w:pStyle w:val="2BA9AED2723D4C6CB5E02F6E0A9A8B852"/>
          </w:pPr>
          <w:r w:rsidRPr="005A5DA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FF998786BC43F48AD928F9C10412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66C65C-856E-4030-B4E7-5742DEA38846}"/>
      </w:docPartPr>
      <w:docPartBody>
        <w:p w:rsidR="001707BD" w:rsidRDefault="001707BD" w:rsidP="001707BD">
          <w:pPr>
            <w:pStyle w:val="AFFF998786BC43F48AD928F9C10412772"/>
          </w:pPr>
          <w:r w:rsidRPr="005A5DA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7FE0416A8A4DDE9C513B3F0D77D5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A1DB78-A847-42C4-8802-699B1183B13B}"/>
      </w:docPartPr>
      <w:docPartBody>
        <w:p w:rsidR="001707BD" w:rsidRDefault="001707BD" w:rsidP="001707BD">
          <w:pPr>
            <w:pStyle w:val="FD7FE0416A8A4DDE9C513B3F0D77D59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CDED8152A14300AEE6395973E76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D231E-865F-4981-BDD0-C9158F91AA09}"/>
      </w:docPartPr>
      <w:docPartBody>
        <w:p w:rsidR="001707BD" w:rsidRDefault="001707BD" w:rsidP="001707BD">
          <w:pPr>
            <w:pStyle w:val="62CDED8152A14300AEE6395973E7656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B88D9436F4498A924ED44C14EEF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2C6F3-DE3F-4BD1-899A-E41AB431B2C9}"/>
      </w:docPartPr>
      <w:docPartBody>
        <w:p w:rsidR="001707BD" w:rsidRDefault="001707BD" w:rsidP="001707BD">
          <w:pPr>
            <w:pStyle w:val="AAB88D9436F4498A924ED44C14EEFF732"/>
          </w:pPr>
          <w:r w:rsidRPr="005A5DA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F05FD7613A4B79BDCA0CA971B859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BC33DA-F9FA-4E8C-87F5-F5EFBA826643}"/>
      </w:docPartPr>
      <w:docPartBody>
        <w:p w:rsidR="001707BD" w:rsidRDefault="001707BD" w:rsidP="001707BD">
          <w:pPr>
            <w:pStyle w:val="98F05FD7613A4B79BDCA0CA971B8598A2"/>
          </w:pPr>
          <w:r w:rsidRPr="005A5DA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0653E193AB4128AE4A138C5D978C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58AA84-6E03-40F4-8479-BB20B187D90E}"/>
      </w:docPartPr>
      <w:docPartBody>
        <w:p w:rsidR="001707BD" w:rsidRDefault="001707BD" w:rsidP="001707BD">
          <w:pPr>
            <w:pStyle w:val="810653E193AB4128AE4A138C5D978C9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ACDE27C33A49D0B4BF4B8DD155A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D900F3-6C08-4E80-AB0D-8BA8F922512F}"/>
      </w:docPartPr>
      <w:docPartBody>
        <w:p w:rsidR="001707BD" w:rsidRDefault="001707BD" w:rsidP="001707BD">
          <w:pPr>
            <w:pStyle w:val="1CACDE27C33A49D0B4BF4B8DD155A88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B260D537AE4548A7C21059EB61A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8CD3F7-9C6F-477A-B0EA-F076AA53EFFA}"/>
      </w:docPartPr>
      <w:docPartBody>
        <w:p w:rsidR="001707BD" w:rsidRDefault="001707BD" w:rsidP="001707BD">
          <w:pPr>
            <w:pStyle w:val="2BB260D537AE4548A7C21059EB61A7222"/>
          </w:pPr>
          <w:r w:rsidRPr="005A5DA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B3F04B3640474B96E48703C08F7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4F86D-5ABA-451E-A138-C4E3EEEB087A}"/>
      </w:docPartPr>
      <w:docPartBody>
        <w:p w:rsidR="001707BD" w:rsidRDefault="001707BD" w:rsidP="001707BD">
          <w:pPr>
            <w:pStyle w:val="34B3F04B3640474B96E48703C08F7C452"/>
          </w:pPr>
          <w:r w:rsidRPr="005A5DA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6352975C81416CAA058AF732A6A7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449955-5BC3-49B6-A656-6333A16DACE0}"/>
      </w:docPartPr>
      <w:docPartBody>
        <w:p w:rsidR="00000000" w:rsidRDefault="001707BD" w:rsidP="001707BD">
          <w:pPr>
            <w:pStyle w:val="336352975C81416CAA058AF732A6A71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47DF4098474B7C8985DAAB0160C5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8342B3-AA6C-4B0F-A78A-C1A6B0C5A2BF}"/>
      </w:docPartPr>
      <w:docPartBody>
        <w:p w:rsidR="00000000" w:rsidRDefault="001707BD" w:rsidP="001707BD">
          <w:pPr>
            <w:pStyle w:val="A147DF4098474B7C8985DAAB0160C5DC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BF66BD0D0548E3B9C8F56C1F7FC2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69D625-6DCE-4133-B72E-C53D974F24CE}"/>
      </w:docPartPr>
      <w:docPartBody>
        <w:p w:rsidR="00000000" w:rsidRDefault="001707BD" w:rsidP="001707BD">
          <w:pPr>
            <w:pStyle w:val="20BF66BD0D0548E3B9C8F56C1F7FC25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631813536B4725973599EBC98B4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4FCE7B-8B49-4E0A-85BD-A107A25D1F28}"/>
      </w:docPartPr>
      <w:docPartBody>
        <w:p w:rsidR="00000000" w:rsidRDefault="001707BD" w:rsidP="001707BD">
          <w:pPr>
            <w:pStyle w:val="AD631813536B4725973599EBC98B454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DB6AEFED5243A797FB9BF070047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D4D19-C6F8-4772-A039-9338AD2051B9}"/>
      </w:docPartPr>
      <w:docPartBody>
        <w:p w:rsidR="00000000" w:rsidRDefault="001707BD" w:rsidP="001707BD">
          <w:pPr>
            <w:pStyle w:val="51DB6AEFED5243A797FB9BF07004731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7A50895B7743B9A9328B6D71490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F5CE9E-2968-40C9-BEAB-D89F44B9CE2C}"/>
      </w:docPartPr>
      <w:docPartBody>
        <w:p w:rsidR="00000000" w:rsidRDefault="001707BD" w:rsidP="001707BD">
          <w:pPr>
            <w:pStyle w:val="2B7A50895B7743B9A9328B6D71490D20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F2EF8C8E5B4DF9B59ECD903D6DE8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FD354C-D5B5-4AD2-BC7C-449F4424EBAF}"/>
      </w:docPartPr>
      <w:docPartBody>
        <w:p w:rsidR="00000000" w:rsidRDefault="001707BD" w:rsidP="001707BD">
          <w:pPr>
            <w:pStyle w:val="B1F2EF8C8E5B4DF9B59ECD903D6DE89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69BCC4F9864BA68DBC70C35E2566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55B3A-48B9-4A0F-BBF1-FB59C944CC4E}"/>
      </w:docPartPr>
      <w:docPartBody>
        <w:p w:rsidR="00000000" w:rsidRDefault="001707BD" w:rsidP="001707BD">
          <w:pPr>
            <w:pStyle w:val="2E69BCC4F9864BA68DBC70C35E2566D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160F78721B454DAC7CBEB4153D7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2CEE0-D1DB-41D0-87C1-2A49C81C63F2}"/>
      </w:docPartPr>
      <w:docPartBody>
        <w:p w:rsidR="00000000" w:rsidRDefault="001707BD" w:rsidP="001707BD">
          <w:pPr>
            <w:pStyle w:val="EB160F78721B454DAC7CBEB4153D7FC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3BEA6A51D5487CBD1B82E03576FD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0936C5-6D25-477B-9E30-77BEDDC57A2C}"/>
      </w:docPartPr>
      <w:docPartBody>
        <w:p w:rsidR="00000000" w:rsidRDefault="001707BD" w:rsidP="001707BD">
          <w:pPr>
            <w:pStyle w:val="A03BEA6A51D5487CBD1B82E03576FDCF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82CFFD17D14F9392355130C2C35F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232EE1-9C6E-46DF-9B0B-30208F54AEDE}"/>
      </w:docPartPr>
      <w:docPartBody>
        <w:p w:rsidR="00000000" w:rsidRDefault="001707BD" w:rsidP="001707BD">
          <w:pPr>
            <w:pStyle w:val="E982CFFD17D14F9392355130C2C35F1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1F73EA9C90418883AB84EBB054D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A1EB37-9516-4BCD-9E8D-3179E4028FCB}"/>
      </w:docPartPr>
      <w:docPartBody>
        <w:p w:rsidR="00000000" w:rsidRDefault="001707BD" w:rsidP="001707BD">
          <w:pPr>
            <w:pStyle w:val="C21F73EA9C90418883AB84EBB054DC8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9508E39F9745DD98FE893ECD8B5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FDEB1-0D58-43F4-9AD0-903E60E23E32}"/>
      </w:docPartPr>
      <w:docPartBody>
        <w:p w:rsidR="00000000" w:rsidRDefault="001707BD" w:rsidP="001707BD">
          <w:pPr>
            <w:pStyle w:val="059508E39F9745DD98FE893ECD8B52B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E23156D704F2082EEB4B2702C8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C32552-5F81-4DD8-98F0-63EE8A8EE673}"/>
      </w:docPartPr>
      <w:docPartBody>
        <w:p w:rsidR="00000000" w:rsidRDefault="001707BD" w:rsidP="001707BD">
          <w:pPr>
            <w:pStyle w:val="C6CE23156D704F2082EEB4B2702C8BA2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A92655E7484C72B959CCD12CCDB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3B547-DED5-47A1-AC23-881F551AB667}"/>
      </w:docPartPr>
      <w:docPartBody>
        <w:p w:rsidR="00000000" w:rsidRDefault="001707BD" w:rsidP="001707BD">
          <w:pPr>
            <w:pStyle w:val="D6A92655E7484C72B959CCD12CCDB3D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975168F5AE47A0855A81AD568798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355035-4F44-417C-BDAA-AB50783479C8}"/>
      </w:docPartPr>
      <w:docPartBody>
        <w:p w:rsidR="00000000" w:rsidRDefault="001707BD" w:rsidP="001707BD">
          <w:pPr>
            <w:pStyle w:val="9C975168F5AE47A0855A81AD56879844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087B10D42CF4ADFAF219769437A40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05ED8E-A045-47EA-9CBA-854499A63B59}"/>
      </w:docPartPr>
      <w:docPartBody>
        <w:p w:rsidR="00000000" w:rsidRDefault="001707BD" w:rsidP="001707BD">
          <w:pPr>
            <w:pStyle w:val="C087B10D42CF4ADFAF219769437A402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F1F4CD70E74D268A899A95690A02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18FA9-64EE-4E7B-BBEF-FC3D529C3558}"/>
      </w:docPartPr>
      <w:docPartBody>
        <w:p w:rsidR="00000000" w:rsidRDefault="001707BD" w:rsidP="001707BD">
          <w:pPr>
            <w:pStyle w:val="8BF1F4CD70E74D268A899A95690A022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B18B9A38924E35A31352645064F4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F6D271-D6A6-4D8C-A2ED-D718F327F927}"/>
      </w:docPartPr>
      <w:docPartBody>
        <w:p w:rsidR="00000000" w:rsidRDefault="001707BD" w:rsidP="001707BD">
          <w:pPr>
            <w:pStyle w:val="EAB18B9A38924E35A31352645064F4E2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CE229CBB56448093E206192ADEB9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44849C-607C-4D8E-84B4-26F5AA922A6A}"/>
      </w:docPartPr>
      <w:docPartBody>
        <w:p w:rsidR="00000000" w:rsidRDefault="001707BD" w:rsidP="001707BD">
          <w:pPr>
            <w:pStyle w:val="9ECE229CBB56448093E206192ADEB9C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9A6BDCD2A84860A81B30E25BEEE8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481857-083A-41C4-9362-8545C7C3E254}"/>
      </w:docPartPr>
      <w:docPartBody>
        <w:p w:rsidR="00000000" w:rsidRDefault="001707BD" w:rsidP="001707BD">
          <w:pPr>
            <w:pStyle w:val="909A6BDCD2A84860A81B30E25BEEE8E8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067309E19B24F55814832404EEAC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35361-9258-4CD0-87E6-49B0312E5003}"/>
      </w:docPartPr>
      <w:docPartBody>
        <w:p w:rsidR="00000000" w:rsidRDefault="001707BD" w:rsidP="001707BD">
          <w:pPr>
            <w:pStyle w:val="F067309E19B24F55814832404EEAC7C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FC6C6984324778BADD873CDA160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91358-556E-400C-8AD5-0F01C75D738C}"/>
      </w:docPartPr>
      <w:docPartBody>
        <w:p w:rsidR="00000000" w:rsidRDefault="001707BD" w:rsidP="001707BD">
          <w:pPr>
            <w:pStyle w:val="9AFC6C6984324778BADD873CDA160A6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0C15635D2E48B8A0050A223B3CB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A565B0-7A08-4A0F-9640-C2549625BE7D}"/>
      </w:docPartPr>
      <w:docPartBody>
        <w:p w:rsidR="00000000" w:rsidRDefault="001707BD" w:rsidP="001707BD">
          <w:pPr>
            <w:pStyle w:val="DB0C15635D2E48B8A0050A223B3CB9E1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177B2E19B3465EA12224F2D1D6E6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CE8C61-F805-414C-97A1-2E65C397C96B}"/>
      </w:docPartPr>
      <w:docPartBody>
        <w:p w:rsidR="00000000" w:rsidRDefault="001707BD" w:rsidP="001707BD">
          <w:pPr>
            <w:pStyle w:val="06177B2E19B3465EA12224F2D1D6E63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03795117B94F0BA99796ACAD32A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775E02-1366-4E28-8BCF-9C9150273665}"/>
      </w:docPartPr>
      <w:docPartBody>
        <w:p w:rsidR="00000000" w:rsidRDefault="001707BD" w:rsidP="001707BD">
          <w:pPr>
            <w:pStyle w:val="5E03795117B94F0BA99796ACAD32A0DA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C696CD9D7EA4D53A38A7122FF0F5D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26033-6423-4582-A7C9-BB55864E96DC}"/>
      </w:docPartPr>
      <w:docPartBody>
        <w:p w:rsidR="00000000" w:rsidRDefault="001707BD" w:rsidP="001707BD">
          <w:pPr>
            <w:pStyle w:val="3C696CD9D7EA4D53A38A7122FF0F5D2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4E6195E08B4431981F541BC861BC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DDD57-37D5-4BFA-BFAB-3F9D67CE4211}"/>
      </w:docPartPr>
      <w:docPartBody>
        <w:p w:rsidR="00000000" w:rsidRDefault="001707BD" w:rsidP="001707BD">
          <w:pPr>
            <w:pStyle w:val="E44E6195E08B4431981F541BC861BC8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A31A02A1764F8E95CDD615093FD5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1D986-3D13-4171-98AB-922961FD8D72}"/>
      </w:docPartPr>
      <w:docPartBody>
        <w:p w:rsidR="00000000" w:rsidRDefault="001707BD" w:rsidP="001707BD">
          <w:pPr>
            <w:pStyle w:val="65A31A02A1764F8E95CDD615093FD5DA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972144EC384D448D57FE095053B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53E67-2762-47FB-B4CD-607E33EE816D}"/>
      </w:docPartPr>
      <w:docPartBody>
        <w:p w:rsidR="00000000" w:rsidRDefault="001707BD" w:rsidP="001707BD">
          <w:pPr>
            <w:pStyle w:val="B6972144EC384D448D57FE095053B8C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11FD4175B54FB3966659938CB584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4F749B-4B26-463C-BB4C-46683B3FE1B1}"/>
      </w:docPartPr>
      <w:docPartBody>
        <w:p w:rsidR="00000000" w:rsidRDefault="001707BD" w:rsidP="001707BD">
          <w:pPr>
            <w:pStyle w:val="6211FD4175B54FB3966659938CB584FB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9E8F7914B3A4132BC8AE05EEA0B4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85AFA3-7663-40DA-A16E-72EB646324BF}"/>
      </w:docPartPr>
      <w:docPartBody>
        <w:p w:rsidR="00000000" w:rsidRDefault="001707BD" w:rsidP="001707BD">
          <w:pPr>
            <w:pStyle w:val="49E8F7914B3A4132BC8AE05EEA0B440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D43452BA34491BB112C4B5BB96C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24A111-52F9-4B3D-BF15-BD85941137A3}"/>
      </w:docPartPr>
      <w:docPartBody>
        <w:p w:rsidR="00000000" w:rsidRDefault="001707BD" w:rsidP="001707BD">
          <w:pPr>
            <w:pStyle w:val="55D43452BA34491BB112C4B5BB96C3A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EBF7AB3DA8407CAD10E450F73E9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3952A4-7E10-48C3-AD7C-A9747EEEC982}"/>
      </w:docPartPr>
      <w:docPartBody>
        <w:p w:rsidR="00000000" w:rsidRDefault="001707BD" w:rsidP="001707BD">
          <w:pPr>
            <w:pStyle w:val="FBEBF7AB3DA8407CAD10E450F73E917E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7E671E6CA242A6A7CC88152802E8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32AC8C-9506-42CB-8C28-0DB028455400}"/>
      </w:docPartPr>
      <w:docPartBody>
        <w:p w:rsidR="00000000" w:rsidRDefault="001707BD" w:rsidP="001707BD">
          <w:pPr>
            <w:pStyle w:val="787E671E6CA242A6A7CC88152802E8B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31D815EFCB432BBED53E12D684B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75E2E-81C2-4157-9665-B67DFDF287B7}"/>
      </w:docPartPr>
      <w:docPartBody>
        <w:p w:rsidR="00000000" w:rsidRDefault="001707BD" w:rsidP="001707BD">
          <w:pPr>
            <w:pStyle w:val="4431D815EFCB432BBED53E12D684BD71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5B367AC8A6F4CE29549B22B470822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142F81-AB73-4710-8944-656D7E8EC4EC}"/>
      </w:docPartPr>
      <w:docPartBody>
        <w:p w:rsidR="00000000" w:rsidRDefault="001707BD" w:rsidP="001707BD">
          <w:pPr>
            <w:pStyle w:val="F5B367AC8A6F4CE29549B22B4708224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CDD2D7FA444FBBAA00E2A0357A7C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E74483-422D-494A-915E-A42F6957F3B7}"/>
      </w:docPartPr>
      <w:docPartBody>
        <w:p w:rsidR="00000000" w:rsidRDefault="001707BD" w:rsidP="001707BD">
          <w:pPr>
            <w:pStyle w:val="EECDD2D7FA444FBBAA00E2A0357A7C1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C9A3804C604E4E8D8727B7E70C32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C0FF3-1555-4C2C-B0B5-B05DC2950A7E}"/>
      </w:docPartPr>
      <w:docPartBody>
        <w:p w:rsidR="00000000" w:rsidRDefault="001707BD" w:rsidP="001707BD">
          <w:pPr>
            <w:pStyle w:val="E8C9A3804C604E4E8D8727B7E70C320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08158E497E4FC2933B9F8CC25D2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0F345A-0C9F-4AB9-AF32-089A6524A855}"/>
      </w:docPartPr>
      <w:docPartBody>
        <w:p w:rsidR="00000000" w:rsidRDefault="001707BD" w:rsidP="001707BD">
          <w:pPr>
            <w:pStyle w:val="0408158E497E4FC2933B9F8CC25D2BF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049B37CFC64B08BC7D484982C7C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1ED13-271E-411D-98A1-5731122DF0AB}"/>
      </w:docPartPr>
      <w:docPartBody>
        <w:p w:rsidR="00000000" w:rsidRDefault="001707BD" w:rsidP="001707BD">
          <w:pPr>
            <w:pStyle w:val="8F049B37CFC64B08BC7D484982C7CA6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2A77961A374E44A111E751E0343D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445D71-6821-4647-A15B-F427DD41FB52}"/>
      </w:docPartPr>
      <w:docPartBody>
        <w:p w:rsidR="00000000" w:rsidRDefault="001707BD" w:rsidP="001707BD">
          <w:pPr>
            <w:pStyle w:val="C42A77961A374E44A111E751E0343D6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FD080CBC4484B89DC00054AC8E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E7DBAD-6A73-40FE-915D-C1B7A4BF347C}"/>
      </w:docPartPr>
      <w:docPartBody>
        <w:p w:rsidR="00000000" w:rsidRDefault="001707BD" w:rsidP="001707BD">
          <w:pPr>
            <w:pStyle w:val="C1EFD080CBC4484B89DC00054AC8EBA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EC99F350054D298C24D0C2A5F706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A7F0E3-2AEB-437B-A9FE-CC6FF49CA1DF}"/>
      </w:docPartPr>
      <w:docPartBody>
        <w:p w:rsidR="00000000" w:rsidRDefault="001707BD" w:rsidP="001707BD">
          <w:pPr>
            <w:pStyle w:val="02EC99F350054D298C24D0C2A5F7067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5520007DE7402B83778B7917BAF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32CB0-BF8E-4D41-BFFA-1547B43B70B7}"/>
      </w:docPartPr>
      <w:docPartBody>
        <w:p w:rsidR="00000000" w:rsidRDefault="001707BD" w:rsidP="001707BD">
          <w:pPr>
            <w:pStyle w:val="E75520007DE7402B83778B7917BAF37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751614FA1B4F17BF063759594FB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2F7FE5-AD33-47A6-A829-CDDDA3890FC0}"/>
      </w:docPartPr>
      <w:docPartBody>
        <w:p w:rsidR="00000000" w:rsidRDefault="001707BD" w:rsidP="001707BD">
          <w:pPr>
            <w:pStyle w:val="13751614FA1B4F17BF063759594FB3A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7436BD6D72420DB9B2D9CA78B04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0747DA-764B-4DE9-BB47-198A64189DBE}"/>
      </w:docPartPr>
      <w:docPartBody>
        <w:p w:rsidR="00000000" w:rsidRDefault="001707BD" w:rsidP="001707BD">
          <w:pPr>
            <w:pStyle w:val="A97436BD6D72420DB9B2D9CA78B04E9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C7C42B41D543269DB181611C778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BAA19-1781-4DB0-95B6-A85680D3AC32}"/>
      </w:docPartPr>
      <w:docPartBody>
        <w:p w:rsidR="00000000" w:rsidRDefault="001707BD" w:rsidP="001707BD">
          <w:pPr>
            <w:pStyle w:val="F7C7C42B41D543269DB181611C77813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1CD5440252499BA86C8A6F63CB91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E832F7-4D33-48A3-B2CC-922D01D822FF}"/>
      </w:docPartPr>
      <w:docPartBody>
        <w:p w:rsidR="00000000" w:rsidRDefault="001707BD" w:rsidP="001707BD">
          <w:pPr>
            <w:pStyle w:val="5C1CD5440252499BA86C8A6F63CB917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55D7F9BA7C4368B8BD51D73EBCEC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C2146E-E288-4AF5-B2A4-31B8061B17F9}"/>
      </w:docPartPr>
      <w:docPartBody>
        <w:p w:rsidR="00000000" w:rsidRDefault="001707BD" w:rsidP="001707BD">
          <w:pPr>
            <w:pStyle w:val="7855D7F9BA7C4368B8BD51D73EBCECE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4A737A19A34609A74D36CF92A61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6FBA3C-A7D5-4177-BF98-DC854222E5CD}"/>
      </w:docPartPr>
      <w:docPartBody>
        <w:p w:rsidR="00000000" w:rsidRDefault="001707BD" w:rsidP="001707BD">
          <w:pPr>
            <w:pStyle w:val="524A737A19A34609A74D36CF92A611B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C5157422384474ACA5F89609A50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EDAA7C-1120-414D-B666-9222CCF978D7}"/>
      </w:docPartPr>
      <w:docPartBody>
        <w:p w:rsidR="00000000" w:rsidRDefault="001707BD" w:rsidP="001707BD">
          <w:pPr>
            <w:pStyle w:val="28C5157422384474ACA5F89609A500F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25B691617C4F1DA7F564436834FD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B9D915-67F7-4965-BE3B-3AC10A72AA46}"/>
      </w:docPartPr>
      <w:docPartBody>
        <w:p w:rsidR="00000000" w:rsidRDefault="001707BD" w:rsidP="001707BD">
          <w:pPr>
            <w:pStyle w:val="3825B691617C4F1DA7F564436834FDD6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CDAD6C1BE2460FB35579CB651C87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B26386-ADD4-4357-82C6-0B35E1DA593E}"/>
      </w:docPartPr>
      <w:docPartBody>
        <w:p w:rsidR="00000000" w:rsidRDefault="001707BD" w:rsidP="001707BD">
          <w:pPr>
            <w:pStyle w:val="89CDAD6C1BE2460FB35579CB651C87B3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5D2079B13047BCBB15E06696C54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FF0317-DEE4-4CCF-8B90-98BB73775527}"/>
      </w:docPartPr>
      <w:docPartBody>
        <w:p w:rsidR="00000000" w:rsidRDefault="001707BD" w:rsidP="001707BD">
          <w:pPr>
            <w:pStyle w:val="375D2079B13047BCBB15E06696C54F8C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DE5E35C57248F0A0AE80E9F76CBF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E07EE-CE15-4126-85F7-CE4C914D1EDA}"/>
      </w:docPartPr>
      <w:docPartBody>
        <w:p w:rsidR="00000000" w:rsidRDefault="001707BD" w:rsidP="001707BD">
          <w:pPr>
            <w:pStyle w:val="90DE5E35C57248F0A0AE80E9F76CBF7F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3549376FD0485F8C7E6D4ED9A626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D36F2B-18EB-4522-B7A7-508AFDA383A6}"/>
      </w:docPartPr>
      <w:docPartBody>
        <w:p w:rsidR="00000000" w:rsidRDefault="001707BD" w:rsidP="001707BD">
          <w:pPr>
            <w:pStyle w:val="573549376FD0485F8C7E6D4ED9A62683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0908EC9CDB466795FAEE640A67D3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62D8B-EBDD-4ECE-854E-BBA612E54933}"/>
      </w:docPartPr>
      <w:docPartBody>
        <w:p w:rsidR="00000000" w:rsidRDefault="001707BD" w:rsidP="001707BD">
          <w:pPr>
            <w:pStyle w:val="880908EC9CDB466795FAEE640A67D36E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03124128F04B3B93884F0B05E477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B660D2-A4E6-4FC6-B09B-FEEEE4BD5D50}"/>
      </w:docPartPr>
      <w:docPartBody>
        <w:p w:rsidR="00000000" w:rsidRDefault="001707BD" w:rsidP="001707BD">
          <w:pPr>
            <w:pStyle w:val="0A03124128F04B3B93884F0B05E4771A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A43F350B2D4145AF67C834645564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FCA010-48FD-4FBF-BB21-4063F2782E47}"/>
      </w:docPartPr>
      <w:docPartBody>
        <w:p w:rsidR="00000000" w:rsidRDefault="001707BD" w:rsidP="001707BD">
          <w:pPr>
            <w:pStyle w:val="62A43F350B2D4145AF67C83464556441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CA662154994606BAD2F2503FA0C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0A41D-E5E7-42ED-A910-A4007C6661B4}"/>
      </w:docPartPr>
      <w:docPartBody>
        <w:p w:rsidR="00000000" w:rsidRDefault="001707BD" w:rsidP="001707BD">
          <w:pPr>
            <w:pStyle w:val="71CA662154994606BAD2F2503FA0C681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274BE9C5B443D1A17726A70BA5B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1AD37A-8CFF-4917-ABD8-ADFA6F500C9D}"/>
      </w:docPartPr>
      <w:docPartBody>
        <w:p w:rsidR="00000000" w:rsidRDefault="001707BD" w:rsidP="001707BD">
          <w:pPr>
            <w:pStyle w:val="1A274BE9C5B443D1A17726A70BA5BE88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85D69D22F3414FAD9887B991D529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42DBD-C90B-465A-9E20-72A75B9F0EF4}"/>
      </w:docPartPr>
      <w:docPartBody>
        <w:p w:rsidR="00000000" w:rsidRDefault="001707BD" w:rsidP="001707BD">
          <w:pPr>
            <w:pStyle w:val="A085D69D22F3414FAD9887B991D529C1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A8EE97B386410C844936E28D441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F84E1B-48B9-4C76-9BFA-EFEB80D157B4}"/>
      </w:docPartPr>
      <w:docPartBody>
        <w:p w:rsidR="00000000" w:rsidRDefault="001707BD" w:rsidP="001707BD">
          <w:pPr>
            <w:pStyle w:val="B1A8EE97B386410C844936E28D4417C0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87EC9F905348D79E92A3ABA4FFFD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BE4D7-E148-4CE8-9491-F28F481FAD11}"/>
      </w:docPartPr>
      <w:docPartBody>
        <w:p w:rsidR="00000000" w:rsidRDefault="001707BD" w:rsidP="001707BD">
          <w:pPr>
            <w:pStyle w:val="4787EC9F905348D79E92A3ABA4FFFD9E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DBBDD355C841188200BD8B5ABE2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FF9E12-A2DC-4D20-915C-673ACF46F8C0}"/>
      </w:docPartPr>
      <w:docPartBody>
        <w:p w:rsidR="00000000" w:rsidRDefault="001707BD" w:rsidP="001707BD">
          <w:pPr>
            <w:pStyle w:val="CEDBBDD355C841188200BD8B5ABE2DA3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8EF480CCC844ADA184B2E6B7C3B7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9C74C-F9F3-45BB-B577-35FD8DAD2EA4}"/>
      </w:docPartPr>
      <w:docPartBody>
        <w:p w:rsidR="00000000" w:rsidRDefault="001707BD" w:rsidP="001707BD">
          <w:pPr>
            <w:pStyle w:val="AD8EF480CCC844ADA184B2E6B7C3B785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0C6124"/>
    <w:rsid w:val="001707BD"/>
    <w:rsid w:val="003651DD"/>
    <w:rsid w:val="004161F5"/>
    <w:rsid w:val="004801B2"/>
    <w:rsid w:val="005A051B"/>
    <w:rsid w:val="006239E1"/>
    <w:rsid w:val="00667F4B"/>
    <w:rsid w:val="006D0099"/>
    <w:rsid w:val="006E4259"/>
    <w:rsid w:val="00775F54"/>
    <w:rsid w:val="007F74AB"/>
    <w:rsid w:val="009A5C93"/>
    <w:rsid w:val="00B302C0"/>
    <w:rsid w:val="00BC3393"/>
    <w:rsid w:val="00BD0B7C"/>
    <w:rsid w:val="00DB3504"/>
    <w:rsid w:val="00EE6B93"/>
    <w:rsid w:val="00F2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707BD"/>
    <w:rPr>
      <w:color w:val="666666"/>
    </w:rPr>
  </w:style>
  <w:style w:type="paragraph" w:customStyle="1" w:styleId="AE18C366A26E4E26B65A756C4D2F4383">
    <w:name w:val="AE18C366A26E4E26B65A756C4D2F4383"/>
    <w:rsid w:val="000C6124"/>
  </w:style>
  <w:style w:type="paragraph" w:customStyle="1" w:styleId="20CFED1E6B5047C6A5EFBF144CF30D12">
    <w:name w:val="20CFED1E6B5047C6A5EFBF144CF30D12"/>
    <w:rsid w:val="001707BD"/>
  </w:style>
  <w:style w:type="paragraph" w:customStyle="1" w:styleId="336352975C81416CAA058AF732A6A716">
    <w:name w:val="336352975C81416CAA058AF732A6A716"/>
    <w:rsid w:val="001707BD"/>
  </w:style>
  <w:style w:type="paragraph" w:customStyle="1" w:styleId="A147DF4098474B7C8985DAAB0160C5DC">
    <w:name w:val="A147DF4098474B7C8985DAAB0160C5DC"/>
    <w:rsid w:val="001707BD"/>
  </w:style>
  <w:style w:type="paragraph" w:customStyle="1" w:styleId="20BF66BD0D0548E3B9C8F56C1F7FC251">
    <w:name w:val="20BF66BD0D0548E3B9C8F56C1F7FC251"/>
    <w:rsid w:val="001707BD"/>
  </w:style>
  <w:style w:type="paragraph" w:customStyle="1" w:styleId="541FC2A1FF4F4E9AAE5923826D92EA47">
    <w:name w:val="541FC2A1FF4F4E9AAE5923826D92EA47"/>
    <w:rsid w:val="000C6124"/>
  </w:style>
  <w:style w:type="paragraph" w:customStyle="1" w:styleId="AD631813536B4725973599EBC98B454D">
    <w:name w:val="AD631813536B4725973599EBC98B454D"/>
    <w:rsid w:val="001707BD"/>
  </w:style>
  <w:style w:type="paragraph" w:customStyle="1" w:styleId="AFB9642FC59F453C93A8A011C4881281">
    <w:name w:val="AFB9642FC59F453C93A8A011C4881281"/>
    <w:rsid w:val="001707BD"/>
  </w:style>
  <w:style w:type="paragraph" w:customStyle="1" w:styleId="51DB6AEFED5243A797FB9BF07004731C">
    <w:name w:val="51DB6AEFED5243A797FB9BF07004731C"/>
    <w:rsid w:val="001707BD"/>
  </w:style>
  <w:style w:type="paragraph" w:customStyle="1" w:styleId="2B7A50895B7743B9A9328B6D71490D20">
    <w:name w:val="2B7A50895B7743B9A9328B6D71490D20"/>
    <w:rsid w:val="001707BD"/>
  </w:style>
  <w:style w:type="paragraph" w:customStyle="1" w:styleId="544025CA976E4DFE925F591236339CF2">
    <w:name w:val="544025CA976E4DFE925F591236339CF2"/>
    <w:rsid w:val="003651DD"/>
  </w:style>
  <w:style w:type="paragraph" w:customStyle="1" w:styleId="B1F2EF8C8E5B4DF9B59ECD903D6DE89F">
    <w:name w:val="B1F2EF8C8E5B4DF9B59ECD903D6DE89F"/>
    <w:rsid w:val="001707BD"/>
  </w:style>
  <w:style w:type="paragraph" w:customStyle="1" w:styleId="919C12A90E244A509BFCC6446C6F55EF">
    <w:name w:val="919C12A90E244A509BFCC6446C6F55EF"/>
    <w:rsid w:val="000C6124"/>
  </w:style>
  <w:style w:type="paragraph" w:customStyle="1" w:styleId="2E69BCC4F9864BA68DBC70C35E2566DD">
    <w:name w:val="2E69BCC4F9864BA68DBC70C35E2566DD"/>
    <w:rsid w:val="001707BD"/>
  </w:style>
  <w:style w:type="paragraph" w:customStyle="1" w:styleId="951EA07664AC4F4B97FA127837E8FB4D">
    <w:name w:val="951EA07664AC4F4B97FA127837E8FB4D"/>
    <w:rsid w:val="001707BD"/>
  </w:style>
  <w:style w:type="paragraph" w:customStyle="1" w:styleId="EB160F78721B454DAC7CBEB4153D7FC8">
    <w:name w:val="EB160F78721B454DAC7CBEB4153D7FC8"/>
    <w:rsid w:val="001707BD"/>
  </w:style>
  <w:style w:type="paragraph" w:customStyle="1" w:styleId="55C481E2CFAB4B7AAE9DC6A7F47777E4">
    <w:name w:val="55C481E2CFAB4B7AAE9DC6A7F47777E4"/>
    <w:rsid w:val="000C6124"/>
  </w:style>
  <w:style w:type="paragraph" w:customStyle="1" w:styleId="A03BEA6A51D5487CBD1B82E03576FDCF">
    <w:name w:val="A03BEA6A51D5487CBD1B82E03576FDCF"/>
    <w:rsid w:val="001707BD"/>
  </w:style>
  <w:style w:type="paragraph" w:customStyle="1" w:styleId="E982CFFD17D14F9392355130C2C35F13">
    <w:name w:val="E982CFFD17D14F9392355130C2C35F13"/>
    <w:rsid w:val="001707BD"/>
  </w:style>
  <w:style w:type="paragraph" w:customStyle="1" w:styleId="C21F73EA9C90418883AB84EBB054DC82">
    <w:name w:val="C21F73EA9C90418883AB84EBB054DC82"/>
    <w:rsid w:val="001707BD"/>
  </w:style>
  <w:style w:type="paragraph" w:customStyle="1" w:styleId="F515DFB2AD6D4520AB40A83B1C92E4CC">
    <w:name w:val="F515DFB2AD6D4520AB40A83B1C92E4CC"/>
    <w:rsid w:val="001707BD"/>
  </w:style>
  <w:style w:type="paragraph" w:customStyle="1" w:styleId="059508E39F9745DD98FE893ECD8B52BD">
    <w:name w:val="059508E39F9745DD98FE893ECD8B52BD"/>
    <w:rsid w:val="001707BD"/>
  </w:style>
  <w:style w:type="paragraph" w:customStyle="1" w:styleId="C6CE23156D704F2082EEB4B2702C8BA2">
    <w:name w:val="C6CE23156D704F2082EEB4B2702C8BA2"/>
    <w:rsid w:val="001707BD"/>
  </w:style>
  <w:style w:type="paragraph" w:customStyle="1" w:styleId="D6A92655E7484C72B959CCD12CCDB3D0">
    <w:name w:val="D6A92655E7484C72B959CCD12CCDB3D0"/>
    <w:rsid w:val="001707BD"/>
  </w:style>
  <w:style w:type="paragraph" w:customStyle="1" w:styleId="9C975168F5AE47A0855A81AD56879844">
    <w:name w:val="9C975168F5AE47A0855A81AD56879844"/>
    <w:rsid w:val="001707BD"/>
  </w:style>
  <w:style w:type="paragraph" w:customStyle="1" w:styleId="C087B10D42CF4ADFAF219769437A4028">
    <w:name w:val="C087B10D42CF4ADFAF219769437A4028"/>
    <w:rsid w:val="001707BD"/>
  </w:style>
  <w:style w:type="paragraph" w:customStyle="1" w:styleId="19ED2570BA3149D8B0CD47E9BB8E9A50">
    <w:name w:val="19ED2570BA3149D8B0CD47E9BB8E9A50"/>
    <w:rsid w:val="001707BD"/>
  </w:style>
  <w:style w:type="paragraph" w:customStyle="1" w:styleId="8BF1F4CD70E74D268A899A95690A022A">
    <w:name w:val="8BF1F4CD70E74D268A899A95690A022A"/>
    <w:rsid w:val="001707BD"/>
  </w:style>
  <w:style w:type="paragraph" w:customStyle="1" w:styleId="EAB18B9A38924E35A31352645064F4E2">
    <w:name w:val="EAB18B9A38924E35A31352645064F4E2"/>
    <w:rsid w:val="001707BD"/>
  </w:style>
  <w:style w:type="paragraph" w:customStyle="1" w:styleId="9ECE229CBB56448093E206192ADEB9C3">
    <w:name w:val="9ECE229CBB56448093E206192ADEB9C3"/>
    <w:rsid w:val="001707BD"/>
  </w:style>
  <w:style w:type="paragraph" w:customStyle="1" w:styleId="909A6BDCD2A84860A81B30E25BEEE8E8">
    <w:name w:val="909A6BDCD2A84860A81B30E25BEEE8E8"/>
    <w:rsid w:val="001707BD"/>
  </w:style>
  <w:style w:type="paragraph" w:customStyle="1" w:styleId="F067309E19B24F55814832404EEAC7C7">
    <w:name w:val="F067309E19B24F55814832404EEAC7C7"/>
    <w:rsid w:val="001707BD"/>
  </w:style>
  <w:style w:type="paragraph" w:customStyle="1" w:styleId="B44D1DB752604B4C9FAF385EB85B343B">
    <w:name w:val="B44D1DB752604B4C9FAF385EB85B343B"/>
    <w:rsid w:val="001707BD"/>
  </w:style>
  <w:style w:type="paragraph" w:customStyle="1" w:styleId="9AFC6C6984324778BADD873CDA160A6B">
    <w:name w:val="9AFC6C6984324778BADD873CDA160A6B"/>
    <w:rsid w:val="001707BD"/>
  </w:style>
  <w:style w:type="paragraph" w:customStyle="1" w:styleId="DB0C15635D2E48B8A0050A223B3CB9E1">
    <w:name w:val="DB0C15635D2E48B8A0050A223B3CB9E1"/>
    <w:rsid w:val="001707BD"/>
  </w:style>
  <w:style w:type="paragraph" w:customStyle="1" w:styleId="06177B2E19B3465EA12224F2D1D6E63B">
    <w:name w:val="06177B2E19B3465EA12224F2D1D6E63B"/>
    <w:rsid w:val="001707BD"/>
  </w:style>
  <w:style w:type="paragraph" w:customStyle="1" w:styleId="5E03795117B94F0BA99796ACAD32A0DA">
    <w:name w:val="5E03795117B94F0BA99796ACAD32A0DA"/>
    <w:rsid w:val="001707BD"/>
  </w:style>
  <w:style w:type="paragraph" w:customStyle="1" w:styleId="3C696CD9D7EA4D53A38A7122FF0F5D2F">
    <w:name w:val="3C696CD9D7EA4D53A38A7122FF0F5D2F"/>
    <w:rsid w:val="001707BD"/>
  </w:style>
  <w:style w:type="paragraph" w:customStyle="1" w:styleId="7300EBCD61054ADEADE4A0DED4C713BA">
    <w:name w:val="7300EBCD61054ADEADE4A0DED4C713BA"/>
    <w:rsid w:val="001707BD"/>
  </w:style>
  <w:style w:type="paragraph" w:customStyle="1" w:styleId="E44E6195E08B4431981F541BC861BC8F">
    <w:name w:val="E44E6195E08B4431981F541BC861BC8F"/>
    <w:rsid w:val="001707BD"/>
  </w:style>
  <w:style w:type="paragraph" w:customStyle="1" w:styleId="65A31A02A1764F8E95CDD615093FD5DA">
    <w:name w:val="65A31A02A1764F8E95CDD615093FD5DA"/>
    <w:rsid w:val="001707BD"/>
  </w:style>
  <w:style w:type="paragraph" w:customStyle="1" w:styleId="B6972144EC384D448D57FE095053B8C4">
    <w:name w:val="B6972144EC384D448D57FE095053B8C4"/>
    <w:rsid w:val="001707BD"/>
  </w:style>
  <w:style w:type="paragraph" w:customStyle="1" w:styleId="6211FD4175B54FB3966659938CB584FB">
    <w:name w:val="6211FD4175B54FB3966659938CB584FB"/>
    <w:rsid w:val="001707BD"/>
  </w:style>
  <w:style w:type="paragraph" w:customStyle="1" w:styleId="49E8F7914B3A4132BC8AE05EEA0B4407">
    <w:name w:val="49E8F7914B3A4132BC8AE05EEA0B4407"/>
    <w:rsid w:val="001707BD"/>
  </w:style>
  <w:style w:type="paragraph" w:customStyle="1" w:styleId="9A9B10A97286442F88B45AF947715B0C">
    <w:name w:val="9A9B10A97286442F88B45AF947715B0C"/>
    <w:rsid w:val="001707BD"/>
  </w:style>
  <w:style w:type="paragraph" w:customStyle="1" w:styleId="55D43452BA34491BB112C4B5BB96C3AA">
    <w:name w:val="55D43452BA34491BB112C4B5BB96C3AA"/>
    <w:rsid w:val="001707BD"/>
  </w:style>
  <w:style w:type="paragraph" w:customStyle="1" w:styleId="FBEBF7AB3DA8407CAD10E450F73E917E">
    <w:name w:val="FBEBF7AB3DA8407CAD10E450F73E917E"/>
    <w:rsid w:val="001707BD"/>
  </w:style>
  <w:style w:type="paragraph" w:customStyle="1" w:styleId="787E671E6CA242A6A7CC88152802E8B8">
    <w:name w:val="787E671E6CA242A6A7CC88152802E8B8"/>
    <w:rsid w:val="001707BD"/>
  </w:style>
  <w:style w:type="paragraph" w:customStyle="1" w:styleId="4431D815EFCB432BBED53E12D684BD71">
    <w:name w:val="4431D815EFCB432BBED53E12D684BD71"/>
    <w:rsid w:val="001707BD"/>
  </w:style>
  <w:style w:type="paragraph" w:customStyle="1" w:styleId="F5B367AC8A6F4CE29549B22B4708224A">
    <w:name w:val="F5B367AC8A6F4CE29549B22B4708224A"/>
    <w:rsid w:val="001707BD"/>
  </w:style>
  <w:style w:type="paragraph" w:customStyle="1" w:styleId="4DB5405935234632AD73AE9232A7B664">
    <w:name w:val="4DB5405935234632AD73AE9232A7B664"/>
    <w:rsid w:val="001707BD"/>
  </w:style>
  <w:style w:type="paragraph" w:customStyle="1" w:styleId="EECDD2D7FA444FBBAA00E2A0357A7C10">
    <w:name w:val="EECDD2D7FA444FBBAA00E2A0357A7C10"/>
    <w:rsid w:val="001707BD"/>
  </w:style>
  <w:style w:type="paragraph" w:customStyle="1" w:styleId="29294FAAC6DF4CAC81CB419832FD3A67">
    <w:name w:val="29294FAAC6DF4CAC81CB419832FD3A67"/>
    <w:rsid w:val="003651DD"/>
  </w:style>
  <w:style w:type="paragraph" w:customStyle="1" w:styleId="E8C9A3804C604E4E8D8727B7E70C3204">
    <w:name w:val="E8C9A3804C604E4E8D8727B7E70C3204"/>
    <w:rsid w:val="001707BD"/>
  </w:style>
  <w:style w:type="paragraph" w:customStyle="1" w:styleId="0408158E497E4FC2933B9F8CC25D2BFB">
    <w:name w:val="0408158E497E4FC2933B9F8CC25D2BFB"/>
    <w:rsid w:val="001707BD"/>
  </w:style>
  <w:style w:type="paragraph" w:customStyle="1" w:styleId="8F049B37CFC64B08BC7D484982C7CA6C">
    <w:name w:val="8F049B37CFC64B08BC7D484982C7CA6C"/>
    <w:rsid w:val="001707BD"/>
  </w:style>
  <w:style w:type="paragraph" w:customStyle="1" w:styleId="C42A77961A374E44A111E751E0343D66">
    <w:name w:val="C42A77961A374E44A111E751E0343D66"/>
    <w:rsid w:val="001707BD"/>
  </w:style>
  <w:style w:type="paragraph" w:customStyle="1" w:styleId="C8F435C0B7EE49FFB20DFCD5847DE327">
    <w:name w:val="C8F435C0B7EE49FFB20DFCD5847DE327"/>
    <w:rsid w:val="001707BD"/>
  </w:style>
  <w:style w:type="paragraph" w:customStyle="1" w:styleId="C1EFD080CBC4484B89DC00054AC8EBA8">
    <w:name w:val="C1EFD080CBC4484B89DC00054AC8EBA8"/>
    <w:rsid w:val="001707BD"/>
  </w:style>
  <w:style w:type="paragraph" w:customStyle="1" w:styleId="02EC99F350054D298C24D0C2A5F70675">
    <w:name w:val="02EC99F350054D298C24D0C2A5F70675"/>
    <w:rsid w:val="001707BD"/>
  </w:style>
  <w:style w:type="paragraph" w:customStyle="1" w:styleId="E75520007DE7402B83778B7917BAF376">
    <w:name w:val="E75520007DE7402B83778B7917BAF376"/>
    <w:rsid w:val="001707BD"/>
  </w:style>
  <w:style w:type="paragraph" w:customStyle="1" w:styleId="13751614FA1B4F17BF063759594FB3A9">
    <w:name w:val="13751614FA1B4F17BF063759594FB3A9"/>
    <w:rsid w:val="001707BD"/>
  </w:style>
  <w:style w:type="paragraph" w:customStyle="1" w:styleId="A97436BD6D72420DB9B2D9CA78B04E92">
    <w:name w:val="A97436BD6D72420DB9B2D9CA78B04E92"/>
    <w:rsid w:val="001707BD"/>
  </w:style>
  <w:style w:type="paragraph" w:customStyle="1" w:styleId="A1B9E785A3244508B4D7B57A8B840420">
    <w:name w:val="A1B9E785A3244508B4D7B57A8B840420"/>
    <w:rsid w:val="001707BD"/>
  </w:style>
  <w:style w:type="paragraph" w:customStyle="1" w:styleId="57AF32E132404A8FB3AF381FADF1DDA1">
    <w:name w:val="57AF32E132404A8FB3AF381FADF1DDA1"/>
    <w:rsid w:val="003651DD"/>
  </w:style>
  <w:style w:type="paragraph" w:customStyle="1" w:styleId="F7C7C42B41D543269DB181611C778137">
    <w:name w:val="F7C7C42B41D543269DB181611C778137"/>
    <w:rsid w:val="001707BD"/>
  </w:style>
  <w:style w:type="paragraph" w:customStyle="1" w:styleId="5C1CD5440252499BA86C8A6F63CB9170">
    <w:name w:val="5C1CD5440252499BA86C8A6F63CB9170"/>
    <w:rsid w:val="001707BD"/>
  </w:style>
  <w:style w:type="paragraph" w:customStyle="1" w:styleId="7855D7F9BA7C4368B8BD51D73EBCECE3">
    <w:name w:val="7855D7F9BA7C4368B8BD51D73EBCECE3"/>
    <w:rsid w:val="001707BD"/>
  </w:style>
  <w:style w:type="paragraph" w:customStyle="1" w:styleId="524A737A19A34609A74D36CF92A611B8">
    <w:name w:val="524A737A19A34609A74D36CF92A611B8"/>
    <w:rsid w:val="001707BD"/>
  </w:style>
  <w:style w:type="paragraph" w:customStyle="1" w:styleId="28C5157422384474ACA5F89609A500F8">
    <w:name w:val="28C5157422384474ACA5F89609A500F8"/>
    <w:rsid w:val="001707BD"/>
  </w:style>
  <w:style w:type="paragraph" w:customStyle="1" w:styleId="BF64F83A4D1A410D93D0D3E9E69ECE61">
    <w:name w:val="BF64F83A4D1A410D93D0D3E9E69ECE61"/>
    <w:rsid w:val="001707BD"/>
  </w:style>
  <w:style w:type="paragraph" w:customStyle="1" w:styleId="3825B691617C4F1DA7F564436834FDD6">
    <w:name w:val="3825B691617C4F1DA7F564436834FDD6"/>
    <w:rsid w:val="001707BD"/>
  </w:style>
  <w:style w:type="paragraph" w:customStyle="1" w:styleId="89CDAD6C1BE2460FB35579CB651C87B3">
    <w:name w:val="89CDAD6C1BE2460FB35579CB651C87B3"/>
    <w:rsid w:val="001707BD"/>
  </w:style>
  <w:style w:type="paragraph" w:customStyle="1" w:styleId="375D2079B13047BCBB15E06696C54F8C">
    <w:name w:val="375D2079B13047BCBB15E06696C54F8C"/>
    <w:rsid w:val="001707BD"/>
  </w:style>
  <w:style w:type="paragraph" w:customStyle="1" w:styleId="1A9F66080F0D47BE92615727EAC3B195">
    <w:name w:val="1A9F66080F0D47BE92615727EAC3B195"/>
    <w:rsid w:val="001707BD"/>
  </w:style>
  <w:style w:type="paragraph" w:customStyle="1" w:styleId="90DE5E35C57248F0A0AE80E9F76CBF7F">
    <w:name w:val="90DE5E35C57248F0A0AE80E9F76CBF7F"/>
    <w:rsid w:val="001707BD"/>
  </w:style>
  <w:style w:type="paragraph" w:customStyle="1" w:styleId="573549376FD0485F8C7E6D4ED9A62683">
    <w:name w:val="573549376FD0485F8C7E6D4ED9A62683"/>
    <w:rsid w:val="001707BD"/>
  </w:style>
  <w:style w:type="paragraph" w:customStyle="1" w:styleId="880908EC9CDB466795FAEE640A67D36E">
    <w:name w:val="880908EC9CDB466795FAEE640A67D36E"/>
    <w:rsid w:val="001707BD"/>
  </w:style>
  <w:style w:type="paragraph" w:customStyle="1" w:styleId="20CB1A88553D47D8B8D91793FDB2A49B">
    <w:name w:val="20CB1A88553D47D8B8D91793FDB2A49B"/>
    <w:rsid w:val="001707BD"/>
  </w:style>
  <w:style w:type="paragraph" w:customStyle="1" w:styleId="0A03124128F04B3B93884F0B05E4771A">
    <w:name w:val="0A03124128F04B3B93884F0B05E4771A"/>
    <w:rsid w:val="001707BD"/>
  </w:style>
  <w:style w:type="paragraph" w:customStyle="1" w:styleId="62A43F350B2D4145AF67C83464556441">
    <w:name w:val="62A43F350B2D4145AF67C83464556441"/>
    <w:rsid w:val="001707BD"/>
  </w:style>
  <w:style w:type="paragraph" w:customStyle="1" w:styleId="71CA662154994606BAD2F2503FA0C681">
    <w:name w:val="71CA662154994606BAD2F2503FA0C681"/>
    <w:rsid w:val="001707BD"/>
  </w:style>
  <w:style w:type="paragraph" w:customStyle="1" w:styleId="C2E4F680F86449B4BF9478DAE6A68A31">
    <w:name w:val="C2E4F680F86449B4BF9478DAE6A68A31"/>
    <w:rsid w:val="001707BD"/>
  </w:style>
  <w:style w:type="paragraph" w:customStyle="1" w:styleId="1A274BE9C5B443D1A17726A70BA5BE88">
    <w:name w:val="1A274BE9C5B443D1A17726A70BA5BE88"/>
    <w:rsid w:val="001707BD"/>
  </w:style>
  <w:style w:type="paragraph" w:customStyle="1" w:styleId="A085D69D22F3414FAD9887B991D529C1">
    <w:name w:val="A085D69D22F3414FAD9887B991D529C1"/>
    <w:rsid w:val="001707BD"/>
  </w:style>
  <w:style w:type="paragraph" w:customStyle="1" w:styleId="B1A8EE97B386410C844936E28D4417C0">
    <w:name w:val="B1A8EE97B386410C844936E28D4417C0"/>
    <w:rsid w:val="001707BD"/>
  </w:style>
  <w:style w:type="paragraph" w:customStyle="1" w:styleId="7478835EA31C49D9A249ADB7C199CB13">
    <w:name w:val="7478835EA31C49D9A249ADB7C199CB13"/>
    <w:rsid w:val="001707BD"/>
  </w:style>
  <w:style w:type="paragraph" w:customStyle="1" w:styleId="4787EC9F905348D79E92A3ABA4FFFD9E">
    <w:name w:val="4787EC9F905348D79E92A3ABA4FFFD9E"/>
    <w:rsid w:val="001707BD"/>
  </w:style>
  <w:style w:type="paragraph" w:customStyle="1" w:styleId="CEDBBDD355C841188200BD8B5ABE2DA3">
    <w:name w:val="CEDBBDD355C841188200BD8B5ABE2DA3"/>
    <w:rsid w:val="001707BD"/>
  </w:style>
  <w:style w:type="paragraph" w:customStyle="1" w:styleId="AD8EF480CCC844ADA184B2E6B7C3B785">
    <w:name w:val="AD8EF480CCC844ADA184B2E6B7C3B785"/>
    <w:rsid w:val="001707BD"/>
  </w:style>
  <w:style w:type="paragraph" w:customStyle="1" w:styleId="0423504971984E3CA014D7D54995C960">
    <w:name w:val="0423504971984E3CA014D7D54995C960"/>
    <w:rsid w:val="004161F5"/>
  </w:style>
  <w:style w:type="paragraph" w:customStyle="1" w:styleId="1734C0B0E50C4165979C1D1CD6EF5118">
    <w:name w:val="1734C0B0E50C4165979C1D1CD6EF5118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">
    <w:name w:val="F4D6CB2241074A76A75ACE4A72F3BACA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0EFE74F2D8745C0A1AFE793A758D0A0">
    <w:name w:val="00EFE74F2D8745C0A1AFE793A758D0A0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DBDFBC283534F4BBD2BA4F862ACB451">
    <w:name w:val="8DBDFBC283534F4BBD2BA4F862ACB45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">
    <w:name w:val="758EF154077D4EC492E0AA02749775EE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">
    <w:name w:val="60444590C5F4414E83C6454885D5753D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">
    <w:name w:val="096DC268CB3744C7AF90E558EFABE7F6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">
    <w:name w:val="16EE3227410F4460A6706019F08584BA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">
    <w:name w:val="35C6ADD19D0A4F7F9AA8A8D4CCB1374F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">
    <w:name w:val="0AD4EFDEB46F4DD3B07D7D864B6EAEB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">
    <w:name w:val="C969D259CE28476AA1EB44B74A93B0DE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">
    <w:name w:val="4163D3241B974CB9999FF0EC5B4E2B2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">
    <w:name w:val="89495584885745569DDCF4FEC1482D05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">
    <w:name w:val="66C6F6902A3B4D4CA7D745FDDA70B68A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">
    <w:name w:val="4CD965A9EE694FECADF2476D720E7B6E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">
    <w:name w:val="09E232A6ADC042DB884957F020A929BA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">
    <w:name w:val="3DF7FD3C5E5C4C0992D419903A5ACDD9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">
    <w:name w:val="CADFFF9D18954E1993F5C0789B03E179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734C0B0E50C4165979C1D1CD6EF51181">
    <w:name w:val="1734C0B0E50C4165979C1D1CD6EF5118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1">
    <w:name w:val="F4D6CB2241074A76A75ACE4A72F3BACA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F24E541B0145AAA4C1F913603E646E1">
    <w:name w:val="96F24E541B0145AAA4C1F913603E646E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3A3162D80445F78DDE0C5B1FC1D3761">
    <w:name w:val="2C3A3162D80445F78DDE0C5B1FC1D376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BB3224C02224BE9B27FBD8B4FA44C851">
    <w:name w:val="3BB3224C02224BE9B27FBD8B4FA44C85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0EFE74F2D8745C0A1AFE793A758D0A01">
    <w:name w:val="00EFE74F2D8745C0A1AFE793A758D0A0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DBDFBC283534F4BBD2BA4F862ACB4511">
    <w:name w:val="8DBDFBC283534F4BBD2BA4F862ACB451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1">
    <w:name w:val="758EF154077D4EC492E0AA02749775EE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1">
    <w:name w:val="60444590C5F4414E83C6454885D5753D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1">
    <w:name w:val="096DC268CB3744C7AF90E558EFABE7F6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1">
    <w:name w:val="16EE3227410F4460A6706019F08584BA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1">
    <w:name w:val="35C6ADD19D0A4F7F9AA8A8D4CCB1374F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1">
    <w:name w:val="0AD4EFDEB46F4DD3B07D7D864B6EAEB2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1">
    <w:name w:val="C969D259CE28476AA1EB44B74A93B0DE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1">
    <w:name w:val="4163D3241B974CB9999FF0EC5B4E2B21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1">
    <w:name w:val="89495584885745569DDCF4FEC1482D05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1">
    <w:name w:val="66C6F6902A3B4D4CA7D745FDDA70B68A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1">
    <w:name w:val="4CD965A9EE694FECADF2476D720E7B6E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1">
    <w:name w:val="09E232A6ADC042DB884957F020A929BA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1">
    <w:name w:val="3DF7FD3C5E5C4C0992D419903A5ACDD9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1">
    <w:name w:val="CADFFF9D18954E1993F5C0789B03E179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1">
    <w:name w:val="657F90F891404138BEF4C8B0986FE706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1">
    <w:name w:val="C9113B8A854441D682CE5AC80AFB0860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1">
    <w:name w:val="A98CC7936C024C2988776FBA2CC670BD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1">
    <w:name w:val="2E9B36F7201C45DF99CA9FA9C42900AE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1">
    <w:name w:val="09814CF1CD7A47D3BB560F37A96F9D58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1">
    <w:name w:val="7793DEAF92564508A217818A964BBBC0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57DE90E5C84495903890F45F572BB41">
    <w:name w:val="E357DE90E5C84495903890F45F572BB4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5E4D4EE6CE3494392F89273BA22A7101">
    <w:name w:val="95E4D4EE6CE3494392F89273BA22A710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898C9CAFC5D420E879FD99D9DF473131">
    <w:name w:val="1898C9CAFC5D420E879FD99D9DF47313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79A59954FC243C5AE95F389C52E8A151">
    <w:name w:val="479A59954FC243C5AE95F389C52E8A15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60026625B44F3A8F3293627A0749771">
    <w:name w:val="8960026625B44F3A8F3293627A074977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3292318265E418CBFC736A93ED0CF7D1">
    <w:name w:val="53292318265E418CBFC736A93ED0CF7D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1">
    <w:name w:val="AB27C8C8D90949D99B80C3BCC40C6DB1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5915EBF6CA4FF0A6AD89B4BE2ADE6B2">
    <w:name w:val="4F5915EBF6CA4FF0A6AD89B4BE2ADE6B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1">
    <w:name w:val="7E217E49FF2B4BCCB4F3ACCCBA862056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1">
    <w:name w:val="A6B6B6169038418C8F137F03A3BAC3E6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1336DCC7524474BB3A3305E388B72D2">
    <w:name w:val="0A1336DCC7524474BB3A3305E388B72D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85AC5111F71478F8B918D49899D631A2">
    <w:name w:val="485AC5111F71478F8B918D49899D631A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3F2F0818A104EFEB515B57628C350B52">
    <w:name w:val="93F2F0818A104EFEB515B57628C350B5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C3EC3620734AFE88DB392970609F862">
    <w:name w:val="77C3EC3620734AFE88DB392970609F86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9B92F44A5874808BF693A8992740FFC2">
    <w:name w:val="59B92F44A5874808BF693A8992740FFC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FB8D7F40F342AFBF061A1834C158E52">
    <w:name w:val="2CFB8D7F40F342AFBF061A1834C158E5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9D9CFA04C8240A1A670758FE6963C0A2">
    <w:name w:val="19D9CFA04C8240A1A670758FE6963C0A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D0FAF4B33F1480E808CBEA2BB0CCC262">
    <w:name w:val="9D0FAF4B33F1480E808CBEA2BB0CCC26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1">
    <w:name w:val="C6C5AA04D5744E5397F5B4C02E599FEC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1">
    <w:name w:val="657845195F10471BB191FDF6254F450F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4FBE3645B874B5DA6A97A1EDE6489881">
    <w:name w:val="D4FBE3645B874B5DA6A97A1EDE648988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95820094F447E6903FF8A5917974BF2">
    <w:name w:val="0D95820094F447E6903FF8A5917974BF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106B1453BD4F67BF63B7C3B463E9781">
    <w:name w:val="5E106B1453BD4F67BF63B7C3B463E978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07F05445494B0BAC1500946C3B12E42">
    <w:name w:val="D607F05445494B0BAC1500946C3B12E4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8F3B7DE2F8D4D4F891158D9B04F63AD1">
    <w:name w:val="18F3B7DE2F8D4D4F891158D9B04F63AD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F5AD484C9A444598540556BC8B2BA71">
    <w:name w:val="E7F5AD484C9A444598540556BC8B2BA7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6B400469BBC4934A85AA102FC6B7BF41">
    <w:name w:val="46B400469BBC4934A85AA102FC6B7BF4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B44F120EF504B9D87279119751C30A32">
    <w:name w:val="1B44F120EF504B9D87279119751C30A3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31B6815A47640368EF06E4616CB25F52">
    <w:name w:val="A31B6815A47640368EF06E4616CB25F5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5DF82CD6004F83A1245C5809E10E0C2">
    <w:name w:val="D65DF82CD6004F83A1245C5809E10E0C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1F05B5CD7A4FC2A2F6127494FC9E2F2">
    <w:name w:val="A61F05B5CD7A4FC2A2F6127494FC9E2F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C3D4A0FCC94CF9A02A26AD5845B7942">
    <w:name w:val="CDC3D4A0FCC94CF9A02A26AD5845B794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5B4B76762754359A4C03A746FAC91A21">
    <w:name w:val="D5B4B76762754359A4C03A746FAC91A2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EB36B29EB94A7498130424C198C46E1">
    <w:name w:val="9BEB36B29EB94A7498130424C198C46E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14BDE126E234E62BD86E06E385071BC1">
    <w:name w:val="914BDE126E234E62BD86E06E385071BC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328960A443142C2B3B21E345BABA2051">
    <w:name w:val="9328960A443142C2B3B21E345BABA205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6919BD3B3A4FF3AC9F4BD105C4573E1">
    <w:name w:val="776919BD3B3A4FF3AC9F4BD105C4573E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1">
    <w:name w:val="7041F98D97294F33B27DB409BE8E34F1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1">
    <w:name w:val="73AB6D1D873F4738BF61AE697637871D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1">
    <w:name w:val="520891A0A4C04E9D9F8A8F3644975CB1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1">
    <w:name w:val="C582574595EA444189787F4DFB8EE37F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1">
    <w:name w:val="55670920D67C4481B676B57D42BEF39B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CFB9C1AC9D4839ABCED80D73E5E1422">
    <w:name w:val="8BCFB9C1AC9D4839ABCED80D73E5E142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CA77B9B51824BC0B08E6A136990FE802">
    <w:name w:val="CCA77B9B51824BC0B08E6A136990FE80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55299D04524608BA2E32D58C412F832">
    <w:name w:val="9A55299D04524608BA2E32D58C412F83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8EE46B17194A198967536CF7F6B0362">
    <w:name w:val="3A8EE46B17194A198967536CF7F6B036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294CA3D5B540E08F82698A028B2D3A2">
    <w:name w:val="10294CA3D5B540E08F82698A028B2D3A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400A6D8081F4C7B8F02074AFCDCCF281">
    <w:name w:val="3400A6D8081F4C7B8F02074AFCDCCF28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A64BF46CFB54E30B2400DA28D9D0C971">
    <w:name w:val="4A64BF46CFB54E30B2400DA28D9D0C97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6434D49B2F4D9EAA987990248B418E1">
    <w:name w:val="E36434D49B2F4D9EAA987990248B418E1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FBF4A0DBEE4ACD9D850457BB24FA0F2">
    <w:name w:val="2CFBF4A0DBEE4ACD9D850457BB24FA0F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91FE338EE244DC81FCB3133A8C7EA32">
    <w:name w:val="8991FE338EE244DC81FCB3133A8C7EA3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70B7AE5C4BC4E6A8219612CAB1B9C032">
    <w:name w:val="170B7AE5C4BC4E6A8219612CAB1B9C03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C6C4AEBF7B41AFB193F7D7AC8B5E392">
    <w:name w:val="D2C6C4AEBF7B41AFB193F7D7AC8B5E39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6B12B4C8CB41F0BF158B32F26B70392">
    <w:name w:val="A26B12B4C8CB41F0BF158B32F26B7039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64C370B4AF476EB8735BCFD3AC2A272">
    <w:name w:val="2064C370B4AF476EB8735BCFD3AC2A27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6021EA42E64535BB1819C78688F5712">
    <w:name w:val="966021EA42E64535BB1819C78688F571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75EB44F493F4126B09ED545717FC05E2">
    <w:name w:val="175EB44F493F4126B09ED545717FC05E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BBFE4E7AE0943D8BE78CE204FE6458E2">
    <w:name w:val="1BBFE4E7AE0943D8BE78CE204FE6458E2"/>
    <w:rsid w:val="000C612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41F6E3A011425282277F4977FF2525">
    <w:name w:val="6E41F6E3A011425282277F4977FF2525"/>
    <w:rsid w:val="000C6124"/>
  </w:style>
  <w:style w:type="paragraph" w:customStyle="1" w:styleId="87C3BD7C971F4B709835CABCA8408F48">
    <w:name w:val="87C3BD7C971F4B709835CABCA8408F48"/>
    <w:rsid w:val="000C6124"/>
  </w:style>
  <w:style w:type="paragraph" w:customStyle="1" w:styleId="B6B954F6C93E4E3CAF25ED4D1E9DD080">
    <w:name w:val="B6B954F6C93E4E3CAF25ED4D1E9DD080"/>
    <w:rsid w:val="000C6124"/>
  </w:style>
  <w:style w:type="paragraph" w:customStyle="1" w:styleId="CF8C7854AA73411A97D1218AEE3D54D4">
    <w:name w:val="CF8C7854AA73411A97D1218AEE3D54D4"/>
    <w:rsid w:val="000C6124"/>
  </w:style>
  <w:style w:type="paragraph" w:customStyle="1" w:styleId="CAC7A0E89C9B42AB86638CE4422E2F6D">
    <w:name w:val="CAC7A0E89C9B42AB86638CE4422E2F6D"/>
    <w:rsid w:val="000C6124"/>
  </w:style>
  <w:style w:type="paragraph" w:customStyle="1" w:styleId="8620B78D35F1479E93FCDF6EC4C73511">
    <w:name w:val="8620B78D35F1479E93FCDF6EC4C73511"/>
    <w:rsid w:val="000C6124"/>
  </w:style>
  <w:style w:type="paragraph" w:customStyle="1" w:styleId="3F13B2C2C0DB44DC97A99B1F6C9114C6">
    <w:name w:val="3F13B2C2C0DB44DC97A99B1F6C9114C6"/>
    <w:rsid w:val="000C6124"/>
  </w:style>
  <w:style w:type="paragraph" w:customStyle="1" w:styleId="B3F183E1789645268B3FD3C9F15F7DE8">
    <w:name w:val="B3F183E1789645268B3FD3C9F15F7DE8"/>
    <w:rsid w:val="000C6124"/>
  </w:style>
  <w:style w:type="paragraph" w:customStyle="1" w:styleId="2BA9AED2723D4C6CB5E02F6E0A9A8B85">
    <w:name w:val="2BA9AED2723D4C6CB5E02F6E0A9A8B85"/>
    <w:rsid w:val="000C6124"/>
  </w:style>
  <w:style w:type="paragraph" w:customStyle="1" w:styleId="AFFF998786BC43F48AD928F9C1041277">
    <w:name w:val="AFFF998786BC43F48AD928F9C1041277"/>
    <w:rsid w:val="000C6124"/>
  </w:style>
  <w:style w:type="paragraph" w:customStyle="1" w:styleId="266ABA86DE3848F5975EC16EAED2E580">
    <w:name w:val="266ABA86DE3848F5975EC16EAED2E580"/>
    <w:rsid w:val="000C6124"/>
  </w:style>
  <w:style w:type="paragraph" w:customStyle="1" w:styleId="FD7FE0416A8A4DDE9C513B3F0D77D591">
    <w:name w:val="FD7FE0416A8A4DDE9C513B3F0D77D591"/>
    <w:rsid w:val="000C6124"/>
  </w:style>
  <w:style w:type="paragraph" w:customStyle="1" w:styleId="62CDED8152A14300AEE6395973E7656B">
    <w:name w:val="62CDED8152A14300AEE6395973E7656B"/>
    <w:rsid w:val="000C6124"/>
  </w:style>
  <w:style w:type="paragraph" w:customStyle="1" w:styleId="AAB88D9436F4498A924ED44C14EEFF73">
    <w:name w:val="AAB88D9436F4498A924ED44C14EEFF73"/>
    <w:rsid w:val="000C6124"/>
  </w:style>
  <w:style w:type="paragraph" w:customStyle="1" w:styleId="98F05FD7613A4B79BDCA0CA971B8598A">
    <w:name w:val="98F05FD7613A4B79BDCA0CA971B8598A"/>
    <w:rsid w:val="000C6124"/>
  </w:style>
  <w:style w:type="paragraph" w:customStyle="1" w:styleId="C38AF99C3B9A4B3DBC09A42DB3FFDCBF">
    <w:name w:val="C38AF99C3B9A4B3DBC09A42DB3FFDCBF"/>
    <w:rsid w:val="000C6124"/>
  </w:style>
  <w:style w:type="paragraph" w:customStyle="1" w:styleId="810653E193AB4128AE4A138C5D978C99">
    <w:name w:val="810653E193AB4128AE4A138C5D978C99"/>
    <w:rsid w:val="000C6124"/>
  </w:style>
  <w:style w:type="paragraph" w:customStyle="1" w:styleId="1CACDE27C33A49D0B4BF4B8DD155A883">
    <w:name w:val="1CACDE27C33A49D0B4BF4B8DD155A883"/>
    <w:rsid w:val="000C6124"/>
  </w:style>
  <w:style w:type="paragraph" w:customStyle="1" w:styleId="2BB260D537AE4548A7C21059EB61A722">
    <w:name w:val="2BB260D537AE4548A7C21059EB61A722"/>
    <w:rsid w:val="000C6124"/>
  </w:style>
  <w:style w:type="paragraph" w:customStyle="1" w:styleId="34B3F04B3640474B96E48703C08F7C45">
    <w:name w:val="34B3F04B3640474B96E48703C08F7C45"/>
    <w:rsid w:val="000C6124"/>
  </w:style>
  <w:style w:type="paragraph" w:customStyle="1" w:styleId="B355A8E7E95E47FFA8C3BF9E3CB00019">
    <w:name w:val="B355A8E7E95E47FFA8C3BF9E3CB00019"/>
    <w:rsid w:val="003651DD"/>
  </w:style>
  <w:style w:type="paragraph" w:customStyle="1" w:styleId="9036966EF0D94F61BAD921EB6E1C639A">
    <w:name w:val="9036966EF0D94F61BAD921EB6E1C639A"/>
    <w:rsid w:val="003651DD"/>
  </w:style>
  <w:style w:type="paragraph" w:customStyle="1" w:styleId="657F90F891404138BEF4C8B0986FE706">
    <w:name w:val="657F90F891404138BEF4C8B0986FE706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">
    <w:name w:val="C9113B8A854441D682CE5AC80AFB0860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">
    <w:name w:val="A98CC7936C024C2988776FBA2CC670BD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">
    <w:name w:val="2E9B36F7201C45DF99CA9FA9C42900AE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">
    <w:name w:val="09814CF1CD7A47D3BB560F37A96F9D58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">
    <w:name w:val="7793DEAF92564508A217818A964BBBC0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57DE90E5C84495903890F45F572BB4">
    <w:name w:val="E357DE90E5C84495903890F45F572BB4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5E4D4EE6CE3494392F89273BA22A710">
    <w:name w:val="95E4D4EE6CE3494392F89273BA22A710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898C9CAFC5D420E879FD99D9DF47313">
    <w:name w:val="1898C9CAFC5D420E879FD99D9DF47313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79A59954FC243C5AE95F389C52E8A15">
    <w:name w:val="479A59954FC243C5AE95F389C52E8A15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60026625B44F3A8F3293627A074977">
    <w:name w:val="8960026625B44F3A8F3293627A074977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3292318265E418CBFC736A93ED0CF7D">
    <w:name w:val="53292318265E418CBFC736A93ED0CF7D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">
    <w:name w:val="AB27C8C8D90949D99B80C3BCC40C6DB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5915EBF6CA4FF0A6AD89B4BE2ADE6B">
    <w:name w:val="4F5915EBF6CA4FF0A6AD89B4BE2ADE6B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">
    <w:name w:val="7E217E49FF2B4BCCB4F3ACCCBA862056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">
    <w:name w:val="A6B6B6169038418C8F137F03A3BAC3E6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1336DCC7524474BB3A3305E388B72D">
    <w:name w:val="0A1336DCC7524474BB3A3305E388B72D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85AC5111F71478F8B918D49899D631A">
    <w:name w:val="485AC5111F71478F8B918D49899D631A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3F2F0818A104EFEB515B57628C350B5">
    <w:name w:val="93F2F0818A104EFEB515B57628C350B5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C3EC3620734AFE88DB392970609F86">
    <w:name w:val="77C3EC3620734AFE88DB392970609F86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9B92F44A5874808BF693A8992740FFC">
    <w:name w:val="59B92F44A5874808BF693A8992740FFC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FB8D7F40F342AFBF061A1834C158E5">
    <w:name w:val="2CFB8D7F40F342AFBF061A1834C158E5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9D9CFA04C8240A1A670758FE6963C0A">
    <w:name w:val="19D9CFA04C8240A1A670758FE6963C0A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D0FAF4B33F1480E808CBEA2BB0CCC26">
    <w:name w:val="9D0FAF4B33F1480E808CBEA2BB0CCC26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6352975C81416CAA058AF732A6A7161">
    <w:name w:val="336352975C81416CAA058AF732A6A716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147DF4098474B7C8985DAAB0160C5DC1">
    <w:name w:val="A147DF4098474B7C8985DAAB0160C5DC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BF66BD0D0548E3B9C8F56C1F7FC2511">
    <w:name w:val="20BF66BD0D0548E3B9C8F56C1F7FC251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D631813536B4725973599EBC98B454D1">
    <w:name w:val="AD631813536B4725973599EBC98B454D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1DB6AEFED5243A797FB9BF07004731C1">
    <w:name w:val="51DB6AEFED5243A797FB9BF07004731C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7A50895B7743B9A9328B6D71490D201">
    <w:name w:val="2B7A50895B7743B9A9328B6D71490D20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1F2EF8C8E5B4DF9B59ECD903D6DE89F1">
    <w:name w:val="B1F2EF8C8E5B4DF9B59ECD903D6DE89F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69BCC4F9864BA68DBC70C35E2566DD1">
    <w:name w:val="2E69BCC4F9864BA68DBC70C35E2566DD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B160F78721B454DAC7CBEB4153D7FC81">
    <w:name w:val="EB160F78721B454DAC7CBEB4153D7FC8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3BEA6A51D5487CBD1B82E03576FDCF1">
    <w:name w:val="A03BEA6A51D5487CBD1B82E03576FDCF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982CFFD17D14F9392355130C2C35F131">
    <w:name w:val="E982CFFD17D14F9392355130C2C35F13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21F73EA9C90418883AB84EBB054DC821">
    <w:name w:val="C21F73EA9C90418883AB84EBB054DC82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">
    <w:name w:val="C6C5AA04D5744E5397F5B4C02E599FEC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">
    <w:name w:val="657845195F10471BB191FDF6254F450F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4FBE3645B874B5DA6A97A1EDE648988">
    <w:name w:val="D4FBE3645B874B5DA6A97A1EDE648988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95820094F447E6903FF8A5917974BF">
    <w:name w:val="0D95820094F447E6903FF8A5917974BF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C3BD7C971F4B709835CABCA8408F481">
    <w:name w:val="87C3BD7C971F4B709835CABCA8408F48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6B954F6C93E4E3CAF25ED4D1E9DD0801">
    <w:name w:val="B6B954F6C93E4E3CAF25ED4D1E9DD080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F8C7854AA73411A97D1218AEE3D54D41">
    <w:name w:val="CF8C7854AA73411A97D1218AEE3D54D4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C7A0E89C9B42AB86638CE4422E2F6D1">
    <w:name w:val="CAC7A0E89C9B42AB86638CE4422E2F6D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F13B2C2C0DB44DC97A99B1F6C9114C61">
    <w:name w:val="3F13B2C2C0DB44DC97A99B1F6C9114C6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3F183E1789645268B3FD3C9F15F7DE81">
    <w:name w:val="B3F183E1789645268B3FD3C9F15F7DE8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A9AED2723D4C6CB5E02F6E0A9A8B851">
    <w:name w:val="2BA9AED2723D4C6CB5E02F6E0A9A8B85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FFF998786BC43F48AD928F9C10412771">
    <w:name w:val="AFFF998786BC43F48AD928F9C1041277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D7FE0416A8A4DDE9C513B3F0D77D5911">
    <w:name w:val="FD7FE0416A8A4DDE9C513B3F0D77D591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2CDED8152A14300AEE6395973E7656B1">
    <w:name w:val="62CDED8152A14300AEE6395973E7656B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B88D9436F4498A924ED44C14EEFF731">
    <w:name w:val="AAB88D9436F4498A924ED44C14EEFF73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05FD7613A4B79BDCA0CA971B8598A1">
    <w:name w:val="98F05FD7613A4B79BDCA0CA971B8598A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10653E193AB4128AE4A138C5D978C991">
    <w:name w:val="810653E193AB4128AE4A138C5D978C99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CACDE27C33A49D0B4BF4B8DD155A8831">
    <w:name w:val="1CACDE27C33A49D0B4BF4B8DD155A883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B260D537AE4548A7C21059EB61A7221">
    <w:name w:val="2BB260D537AE4548A7C21059EB61A722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4B3F04B3640474B96E48703C08F7C451">
    <w:name w:val="34B3F04B3640474B96E48703C08F7C45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106B1453BD4F67BF63B7C3B463E978">
    <w:name w:val="5E106B1453BD4F67BF63B7C3B463E978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07F05445494B0BAC1500946C3B12E4">
    <w:name w:val="D607F05445494B0BAC1500946C3B12E4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8F3B7DE2F8D4D4F891158D9B04F63AD">
    <w:name w:val="18F3B7DE2F8D4D4F891158D9B04F63AD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F5AD484C9A444598540556BC8B2BA7">
    <w:name w:val="E7F5AD484C9A444598540556BC8B2BA7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6B400469BBC4934A85AA102FC6B7BF4">
    <w:name w:val="46B400469BBC4934A85AA102FC6B7BF4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B44F120EF504B9D87279119751C30A3">
    <w:name w:val="1B44F120EF504B9D87279119751C30A3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31B6815A47640368EF06E4616CB25F5">
    <w:name w:val="A31B6815A47640368EF06E4616CB25F5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5DF82CD6004F83A1245C5809E10E0C">
    <w:name w:val="D65DF82CD6004F83A1245C5809E10E0C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1F05B5CD7A4FC2A2F6127494FC9E2F">
    <w:name w:val="A61F05B5CD7A4FC2A2F6127494FC9E2F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C3D4A0FCC94CF9A02A26AD5845B794">
    <w:name w:val="CDC3D4A0FCC94CF9A02A26AD5845B794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59508E39F9745DD98FE893ECD8B52BD1">
    <w:name w:val="059508E39F9745DD98FE893ECD8B52BD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E23156D704F2082EEB4B2702C8BA21">
    <w:name w:val="C6CE23156D704F2082EEB4B2702C8BA2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A92655E7484C72B959CCD12CCDB3D01">
    <w:name w:val="D6A92655E7484C72B959CCD12CCDB3D0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C975168F5AE47A0855A81AD568798441">
    <w:name w:val="9C975168F5AE47A0855A81AD56879844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87B10D42CF4ADFAF219769437A40281">
    <w:name w:val="C087B10D42CF4ADFAF219769437A4028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F1F4CD70E74D268A899A95690A022A1">
    <w:name w:val="8BF1F4CD70E74D268A899A95690A022A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AB18B9A38924E35A31352645064F4E21">
    <w:name w:val="EAB18B9A38924E35A31352645064F4E2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ECE229CBB56448093E206192ADEB9C31">
    <w:name w:val="9ECE229CBB56448093E206192ADEB9C3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9A6BDCD2A84860A81B30E25BEEE8E81">
    <w:name w:val="909A6BDCD2A84860A81B30E25BEEE8E8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067309E19B24F55814832404EEAC7C71">
    <w:name w:val="F067309E19B24F55814832404EEAC7C7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5B4B76762754359A4C03A746FAC91A2">
    <w:name w:val="D5B4B76762754359A4C03A746FAC91A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E74202A14842D8AF49543AD1AE6BD0">
    <w:name w:val="AAE74202A14842D8AF49543AD1AE6BD0"/>
    <w:rsid w:val="003651DD"/>
  </w:style>
  <w:style w:type="paragraph" w:customStyle="1" w:styleId="9BEB36B29EB94A7498130424C198C46E">
    <w:name w:val="9BEB36B29EB94A7498130424C198C46E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14BDE126E234E62BD86E06E385071BC">
    <w:name w:val="914BDE126E234E62BD86E06E385071BC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328960A443142C2B3B21E345BABA205">
    <w:name w:val="9328960A443142C2B3B21E345BABA205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6919BD3B3A4FF3AC9F4BD105C4573E">
    <w:name w:val="776919BD3B3A4FF3AC9F4BD105C4573E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FC6C6984324778BADD873CDA160A6B1">
    <w:name w:val="9AFC6C6984324778BADD873CDA160A6B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B0C15635D2E48B8A0050A223B3CB9E11">
    <w:name w:val="DB0C15635D2E48B8A0050A223B3CB9E1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6177B2E19B3465EA12224F2D1D6E63B1">
    <w:name w:val="06177B2E19B3465EA12224F2D1D6E63B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03795117B94F0BA99796ACAD32A0DA1">
    <w:name w:val="5E03795117B94F0BA99796ACAD32A0DA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C696CD9D7EA4D53A38A7122FF0F5D2F1">
    <w:name w:val="3C696CD9D7EA4D53A38A7122FF0F5D2F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44E6195E08B4431981F541BC861BC8F1">
    <w:name w:val="E44E6195E08B4431981F541BC861BC8F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A31A02A1764F8E95CDD615093FD5DA1">
    <w:name w:val="65A31A02A1764F8E95CDD615093FD5DA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6972144EC384D448D57FE095053B8C41">
    <w:name w:val="B6972144EC384D448D57FE095053B8C4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211FD4175B54FB3966659938CB584FB1">
    <w:name w:val="6211FD4175B54FB3966659938CB584FB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E8F7914B3A4132BC8AE05EEA0B44071">
    <w:name w:val="49E8F7914B3A4132BC8AE05EEA0B4407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D43452BA34491BB112C4B5BB96C3AA1">
    <w:name w:val="55D43452BA34491BB112C4B5BB96C3AA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EBF7AB3DA8407CAD10E450F73E917E1">
    <w:name w:val="FBEBF7AB3DA8407CAD10E450F73E917E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87E671E6CA242A6A7CC88152802E8B81">
    <w:name w:val="787E671E6CA242A6A7CC88152802E8B8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431D815EFCB432BBED53E12D684BD711">
    <w:name w:val="4431D815EFCB432BBED53E12D684BD71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5B367AC8A6F4CE29549B22B4708224A1">
    <w:name w:val="F5B367AC8A6F4CE29549B22B4708224A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">
    <w:name w:val="7041F98D97294F33B27DB409BE8E34F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">
    <w:name w:val="73AB6D1D873F4738BF61AE697637871D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">
    <w:name w:val="520891A0A4C04E9D9F8A8F3644975CB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">
    <w:name w:val="C582574595EA444189787F4DFB8EE37F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">
    <w:name w:val="55670920D67C4481B676B57D42BEF39B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CFB9C1AC9D4839ABCED80D73E5E142">
    <w:name w:val="8BCFB9C1AC9D4839ABCED80D73E5E14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CA77B9B51824BC0B08E6A136990FE80">
    <w:name w:val="CCA77B9B51824BC0B08E6A136990FE80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55299D04524608BA2E32D58C412F83">
    <w:name w:val="9A55299D04524608BA2E32D58C412F83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8EE46B17194A198967536CF7F6B036">
    <w:name w:val="3A8EE46B17194A198967536CF7F6B036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294CA3D5B540E08F82698A028B2D3A">
    <w:name w:val="10294CA3D5B540E08F82698A028B2D3A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CDD2D7FA444FBBAA00E2A0357A7C101">
    <w:name w:val="EECDD2D7FA444FBBAA00E2A0357A7C10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C9A3804C604E4E8D8727B7E70C32041">
    <w:name w:val="E8C9A3804C604E4E8D8727B7E70C3204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08158E497E4FC2933B9F8CC25D2BFB1">
    <w:name w:val="0408158E497E4FC2933B9F8CC25D2BFB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F049B37CFC64B08BC7D484982C7CA6C1">
    <w:name w:val="8F049B37CFC64B08BC7D484982C7CA6C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42A77961A374E44A111E751E0343D661">
    <w:name w:val="C42A77961A374E44A111E751E0343D66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1EFD080CBC4484B89DC00054AC8EBA81">
    <w:name w:val="C1EFD080CBC4484B89DC00054AC8EBA8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EC99F350054D298C24D0C2A5F706751">
    <w:name w:val="02EC99F350054D298C24D0C2A5F70675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5520007DE7402B83778B7917BAF3761">
    <w:name w:val="E75520007DE7402B83778B7917BAF376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3751614FA1B4F17BF063759594FB3A91">
    <w:name w:val="13751614FA1B4F17BF063759594FB3A9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7436BD6D72420DB9B2D9CA78B04E921">
    <w:name w:val="A97436BD6D72420DB9B2D9CA78B04E92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7C7C42B41D543269DB181611C7781371">
    <w:name w:val="F7C7C42B41D543269DB181611C778137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1CD5440252499BA86C8A6F63CB91701">
    <w:name w:val="5C1CD5440252499BA86C8A6F63CB9170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855D7F9BA7C4368B8BD51D73EBCECE31">
    <w:name w:val="7855D7F9BA7C4368B8BD51D73EBCECE3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4A737A19A34609A74D36CF92A611B81">
    <w:name w:val="524A737A19A34609A74D36CF92A611B8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C5157422384474ACA5F89609A500F81">
    <w:name w:val="28C5157422384474ACA5F89609A500F8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400A6D8081F4C7B8F02074AFCDCCF28">
    <w:name w:val="3400A6D8081F4C7B8F02074AFCDCCF28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A64BF46CFB54E30B2400DA28D9D0C97">
    <w:name w:val="4A64BF46CFB54E30B2400DA28D9D0C97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6434D49B2F4D9EAA987990248B418E">
    <w:name w:val="E36434D49B2F4D9EAA987990248B418E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FBF4A0DBEE4ACD9D850457BB24FA0F">
    <w:name w:val="2CFBF4A0DBEE4ACD9D850457BB24FA0F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91FE338EE244DC81FCB3133A8C7EA3">
    <w:name w:val="8991FE338EE244DC81FCB3133A8C7EA3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70B7AE5C4BC4E6A8219612CAB1B9C03">
    <w:name w:val="170B7AE5C4BC4E6A8219612CAB1B9C03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825B691617C4F1DA7F564436834FDD61">
    <w:name w:val="3825B691617C4F1DA7F564436834FDD6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CDAD6C1BE2460FB35579CB651C87B31">
    <w:name w:val="89CDAD6C1BE2460FB35579CB651C87B3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75D2079B13047BCBB15E06696C54F8C1">
    <w:name w:val="375D2079B13047BCBB15E06696C54F8C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DE5E35C57248F0A0AE80E9F76CBF7F1">
    <w:name w:val="90DE5E35C57248F0A0AE80E9F76CBF7F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73549376FD0485F8C7E6D4ED9A626831">
    <w:name w:val="573549376FD0485F8C7E6D4ED9A62683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80908EC9CDB466795FAEE640A67D36E1">
    <w:name w:val="880908EC9CDB466795FAEE640A67D36E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C6C4AEBF7B41AFB193F7D7AC8B5E39">
    <w:name w:val="D2C6C4AEBF7B41AFB193F7D7AC8B5E39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6B12B4C8CB41F0BF158B32F26B7039">
    <w:name w:val="A26B12B4C8CB41F0BF158B32F26B7039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64C370B4AF476EB8735BCFD3AC2A27">
    <w:name w:val="2064C370B4AF476EB8735BCFD3AC2A27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6021EA42E64535BB1819C78688F571">
    <w:name w:val="966021EA42E64535BB1819C78688F57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75EB44F493F4126B09ED545717FC05E">
    <w:name w:val="175EB44F493F4126B09ED545717FC05E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BBFE4E7AE0943D8BE78CE204FE6458E">
    <w:name w:val="1BBFE4E7AE0943D8BE78CE204FE6458E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03124128F04B3B93884F0B05E4771A1">
    <w:name w:val="0A03124128F04B3B93884F0B05E4771A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2A43F350B2D4145AF67C834645564411">
    <w:name w:val="62A43F350B2D4145AF67C83464556441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1CA662154994606BAD2F2503FA0C6811">
    <w:name w:val="71CA662154994606BAD2F2503FA0C681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A274BE9C5B443D1A17726A70BA5BE881">
    <w:name w:val="1A274BE9C5B443D1A17726A70BA5BE88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85D69D22F3414FAD9887B991D529C11">
    <w:name w:val="A085D69D22F3414FAD9887B991D529C1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1A8EE97B386410C844936E28D4417C01">
    <w:name w:val="B1A8EE97B386410C844936E28D4417C0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787EC9F905348D79E92A3ABA4FFFD9E1">
    <w:name w:val="4787EC9F905348D79E92A3ABA4FFFD9E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EDBBDD355C841188200BD8B5ABE2DA31">
    <w:name w:val="CEDBBDD355C841188200BD8B5ABE2DA3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D8EF480CCC844ADA184B2E6B7C3B7851">
    <w:name w:val="AD8EF480CCC844ADA184B2E6B7C3B785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734C0B0E50C4165979C1D1CD6EF51182">
    <w:name w:val="1734C0B0E50C4165979C1D1CD6EF511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2">
    <w:name w:val="F4D6CB2241074A76A75ACE4A72F3BACA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0EFE74F2D8745C0A1AFE793A758D0A02">
    <w:name w:val="00EFE74F2D8745C0A1AFE793A758D0A0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DBDFBC283534F4BBD2BA4F862ACB4512">
    <w:name w:val="8DBDFBC283534F4BBD2BA4F862ACB451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2">
    <w:name w:val="758EF154077D4EC492E0AA02749775EE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2">
    <w:name w:val="60444590C5F4414E83C6454885D5753D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2">
    <w:name w:val="096DC268CB3744C7AF90E558EFABE7F6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2">
    <w:name w:val="16EE3227410F4460A6706019F08584BA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2">
    <w:name w:val="35C6ADD19D0A4F7F9AA8A8D4CCB1374F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2">
    <w:name w:val="0AD4EFDEB46F4DD3B07D7D864B6EAEB2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2">
    <w:name w:val="C969D259CE28476AA1EB44B74A93B0DE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2">
    <w:name w:val="4163D3241B974CB9999FF0EC5B4E2B21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2">
    <w:name w:val="89495584885745569DDCF4FEC1482D05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2">
    <w:name w:val="66C6F6902A3B4D4CA7D745FDDA70B68A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2">
    <w:name w:val="4CD965A9EE694FECADF2476D720E7B6E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2">
    <w:name w:val="09E232A6ADC042DB884957F020A929BA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2">
    <w:name w:val="3DF7FD3C5E5C4C0992D419903A5ACDD9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2">
    <w:name w:val="CADFFF9D18954E1993F5C0789B03E179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2">
    <w:name w:val="657F90F891404138BEF4C8B0986FE706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2">
    <w:name w:val="C9113B8A854441D682CE5AC80AFB0860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2">
    <w:name w:val="A98CC7936C024C2988776FBA2CC670BD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2">
    <w:name w:val="2E9B36F7201C45DF99CA9FA9C42900AE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2">
    <w:name w:val="09814CF1CD7A47D3BB560F37A96F9D5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2">
    <w:name w:val="7793DEAF92564508A217818A964BBBC0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57DE90E5C84495903890F45F572BB42">
    <w:name w:val="E357DE90E5C84495903890F45F572BB4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5E4D4EE6CE3494392F89273BA22A7102">
    <w:name w:val="95E4D4EE6CE3494392F89273BA22A710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898C9CAFC5D420E879FD99D9DF473132">
    <w:name w:val="1898C9CAFC5D420E879FD99D9DF47313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79A59954FC243C5AE95F389C52E8A152">
    <w:name w:val="479A59954FC243C5AE95F389C52E8A15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60026625B44F3A8F3293627A0749772">
    <w:name w:val="8960026625B44F3A8F3293627A074977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3292318265E418CBFC736A93ED0CF7D2">
    <w:name w:val="53292318265E418CBFC736A93ED0CF7D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2">
    <w:name w:val="AB27C8C8D90949D99B80C3BCC40C6DB1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5915EBF6CA4FF0A6AD89B4BE2ADE6B1">
    <w:name w:val="4F5915EBF6CA4FF0A6AD89B4BE2ADE6B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2">
    <w:name w:val="7E217E49FF2B4BCCB4F3ACCCBA862056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2">
    <w:name w:val="A6B6B6169038418C8F137F03A3BAC3E6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1336DCC7524474BB3A3305E388B72D1">
    <w:name w:val="0A1336DCC7524474BB3A3305E388B72D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85AC5111F71478F8B918D49899D631A1">
    <w:name w:val="485AC5111F71478F8B918D49899D631A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3F2F0818A104EFEB515B57628C350B51">
    <w:name w:val="93F2F0818A104EFEB515B57628C350B5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C3EC3620734AFE88DB392970609F861">
    <w:name w:val="77C3EC3620734AFE88DB392970609F86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9B92F44A5874808BF693A8992740FFC1">
    <w:name w:val="59B92F44A5874808BF693A8992740FFC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FB8D7F40F342AFBF061A1834C158E51">
    <w:name w:val="2CFB8D7F40F342AFBF061A1834C158E5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9D9CFA04C8240A1A670758FE6963C0A1">
    <w:name w:val="19D9CFA04C8240A1A670758FE6963C0A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D0FAF4B33F1480E808CBEA2BB0CCC261">
    <w:name w:val="9D0FAF4B33F1480E808CBEA2BB0CCC26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6352975C81416CAA058AF732A6A7162">
    <w:name w:val="336352975C81416CAA058AF732A6A716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147DF4098474B7C8985DAAB0160C5DC2">
    <w:name w:val="A147DF4098474B7C8985DAAB0160C5DC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BF66BD0D0548E3B9C8F56C1F7FC2512">
    <w:name w:val="20BF66BD0D0548E3B9C8F56C1F7FC251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D631813536B4725973599EBC98B454D2">
    <w:name w:val="AD631813536B4725973599EBC98B454D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1DB6AEFED5243A797FB9BF07004731C2">
    <w:name w:val="51DB6AEFED5243A797FB9BF07004731C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7A50895B7743B9A9328B6D71490D202">
    <w:name w:val="2B7A50895B7743B9A9328B6D71490D20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1F2EF8C8E5B4DF9B59ECD903D6DE89F2">
    <w:name w:val="B1F2EF8C8E5B4DF9B59ECD903D6DE89F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69BCC4F9864BA68DBC70C35E2566DD2">
    <w:name w:val="2E69BCC4F9864BA68DBC70C35E2566DD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B160F78721B454DAC7CBEB4153D7FC82">
    <w:name w:val="EB160F78721B454DAC7CBEB4153D7FC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3BEA6A51D5487CBD1B82E03576FDCF2">
    <w:name w:val="A03BEA6A51D5487CBD1B82E03576FDCF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982CFFD17D14F9392355130C2C35F132">
    <w:name w:val="E982CFFD17D14F9392355130C2C35F13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21F73EA9C90418883AB84EBB054DC822">
    <w:name w:val="C21F73EA9C90418883AB84EBB054DC82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2">
    <w:name w:val="C6C5AA04D5744E5397F5B4C02E599FEC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2">
    <w:name w:val="657845195F10471BB191FDF6254F450F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4FBE3645B874B5DA6A97A1EDE6489882">
    <w:name w:val="D4FBE3645B874B5DA6A97A1EDE64898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95820094F447E6903FF8A5917974BF1">
    <w:name w:val="0D95820094F447E6903FF8A5917974BF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C3BD7C971F4B709835CABCA8408F482">
    <w:name w:val="87C3BD7C971F4B709835CABCA8408F4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6B954F6C93E4E3CAF25ED4D1E9DD0802">
    <w:name w:val="B6B954F6C93E4E3CAF25ED4D1E9DD080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F8C7854AA73411A97D1218AEE3D54D42">
    <w:name w:val="CF8C7854AA73411A97D1218AEE3D54D4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C7A0E89C9B42AB86638CE4422E2F6D2">
    <w:name w:val="CAC7A0E89C9B42AB86638CE4422E2F6D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F13B2C2C0DB44DC97A99B1F6C9114C62">
    <w:name w:val="3F13B2C2C0DB44DC97A99B1F6C9114C6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3F183E1789645268B3FD3C9F15F7DE82">
    <w:name w:val="B3F183E1789645268B3FD3C9F15F7DE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A9AED2723D4C6CB5E02F6E0A9A8B852">
    <w:name w:val="2BA9AED2723D4C6CB5E02F6E0A9A8B85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FFF998786BC43F48AD928F9C10412772">
    <w:name w:val="AFFF998786BC43F48AD928F9C1041277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D7FE0416A8A4DDE9C513B3F0D77D5912">
    <w:name w:val="FD7FE0416A8A4DDE9C513B3F0D77D591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2CDED8152A14300AEE6395973E7656B2">
    <w:name w:val="62CDED8152A14300AEE6395973E7656B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B88D9436F4498A924ED44C14EEFF732">
    <w:name w:val="AAB88D9436F4498A924ED44C14EEFF73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05FD7613A4B79BDCA0CA971B8598A2">
    <w:name w:val="98F05FD7613A4B79BDCA0CA971B8598A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10653E193AB4128AE4A138C5D978C992">
    <w:name w:val="810653E193AB4128AE4A138C5D978C99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CACDE27C33A49D0B4BF4B8DD155A8832">
    <w:name w:val="1CACDE27C33A49D0B4BF4B8DD155A883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B260D537AE4548A7C21059EB61A7222">
    <w:name w:val="2BB260D537AE4548A7C21059EB61A722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4B3F04B3640474B96E48703C08F7C452">
    <w:name w:val="34B3F04B3640474B96E48703C08F7C45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106B1453BD4F67BF63B7C3B463E9782">
    <w:name w:val="5E106B1453BD4F67BF63B7C3B463E97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07F05445494B0BAC1500946C3B12E41">
    <w:name w:val="D607F05445494B0BAC1500946C3B12E4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8F3B7DE2F8D4D4F891158D9B04F63AD2">
    <w:name w:val="18F3B7DE2F8D4D4F891158D9B04F63AD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F5AD484C9A444598540556BC8B2BA72">
    <w:name w:val="E7F5AD484C9A444598540556BC8B2BA7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6B400469BBC4934A85AA102FC6B7BF42">
    <w:name w:val="46B400469BBC4934A85AA102FC6B7BF4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B44F120EF504B9D87279119751C30A31">
    <w:name w:val="1B44F120EF504B9D87279119751C30A3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31B6815A47640368EF06E4616CB25F51">
    <w:name w:val="A31B6815A47640368EF06E4616CB25F5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5DF82CD6004F83A1245C5809E10E0C1">
    <w:name w:val="D65DF82CD6004F83A1245C5809E10E0C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1F05B5CD7A4FC2A2F6127494FC9E2F1">
    <w:name w:val="A61F05B5CD7A4FC2A2F6127494FC9E2F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C3D4A0FCC94CF9A02A26AD5845B7941">
    <w:name w:val="CDC3D4A0FCC94CF9A02A26AD5845B794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59508E39F9745DD98FE893ECD8B52BD2">
    <w:name w:val="059508E39F9745DD98FE893ECD8B52BD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E23156D704F2082EEB4B2702C8BA22">
    <w:name w:val="C6CE23156D704F2082EEB4B2702C8BA2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A92655E7484C72B959CCD12CCDB3D02">
    <w:name w:val="D6A92655E7484C72B959CCD12CCDB3D0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C975168F5AE47A0855A81AD568798442">
    <w:name w:val="9C975168F5AE47A0855A81AD56879844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87B10D42CF4ADFAF219769437A40282">
    <w:name w:val="C087B10D42CF4ADFAF219769437A402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F1F4CD70E74D268A899A95690A022A2">
    <w:name w:val="8BF1F4CD70E74D268A899A95690A022A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AB18B9A38924E35A31352645064F4E22">
    <w:name w:val="EAB18B9A38924E35A31352645064F4E2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ECE229CBB56448093E206192ADEB9C32">
    <w:name w:val="9ECE229CBB56448093E206192ADEB9C3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9A6BDCD2A84860A81B30E25BEEE8E82">
    <w:name w:val="909A6BDCD2A84860A81B30E25BEEE8E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067309E19B24F55814832404EEAC7C72">
    <w:name w:val="F067309E19B24F55814832404EEAC7C7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5B4B76762754359A4C03A746FAC91A22">
    <w:name w:val="D5B4B76762754359A4C03A746FAC91A2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EB36B29EB94A7498130424C198C46E2">
    <w:name w:val="9BEB36B29EB94A7498130424C198C46E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14BDE126E234E62BD86E06E385071BC2">
    <w:name w:val="914BDE126E234E62BD86E06E385071BC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328960A443142C2B3B21E345BABA2052">
    <w:name w:val="9328960A443142C2B3B21E345BABA205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6919BD3B3A4FF3AC9F4BD105C4573E2">
    <w:name w:val="776919BD3B3A4FF3AC9F4BD105C4573E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FC6C6984324778BADD873CDA160A6B2">
    <w:name w:val="9AFC6C6984324778BADD873CDA160A6B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B0C15635D2E48B8A0050A223B3CB9E12">
    <w:name w:val="DB0C15635D2E48B8A0050A223B3CB9E1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6177B2E19B3465EA12224F2D1D6E63B2">
    <w:name w:val="06177B2E19B3465EA12224F2D1D6E63B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03795117B94F0BA99796ACAD32A0DA2">
    <w:name w:val="5E03795117B94F0BA99796ACAD32A0DA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C696CD9D7EA4D53A38A7122FF0F5D2F2">
    <w:name w:val="3C696CD9D7EA4D53A38A7122FF0F5D2F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44E6195E08B4431981F541BC861BC8F2">
    <w:name w:val="E44E6195E08B4431981F541BC861BC8F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A31A02A1764F8E95CDD615093FD5DA2">
    <w:name w:val="65A31A02A1764F8E95CDD615093FD5DA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6972144EC384D448D57FE095053B8C42">
    <w:name w:val="B6972144EC384D448D57FE095053B8C4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211FD4175B54FB3966659938CB584FB2">
    <w:name w:val="6211FD4175B54FB3966659938CB584FB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E8F7914B3A4132BC8AE05EEA0B44072">
    <w:name w:val="49E8F7914B3A4132BC8AE05EEA0B4407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D43452BA34491BB112C4B5BB96C3AA2">
    <w:name w:val="55D43452BA34491BB112C4B5BB96C3AA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EBF7AB3DA8407CAD10E450F73E917E2">
    <w:name w:val="FBEBF7AB3DA8407CAD10E450F73E917E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87E671E6CA242A6A7CC88152802E8B82">
    <w:name w:val="787E671E6CA242A6A7CC88152802E8B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431D815EFCB432BBED53E12D684BD712">
    <w:name w:val="4431D815EFCB432BBED53E12D684BD71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5B367AC8A6F4CE29549B22B4708224A2">
    <w:name w:val="F5B367AC8A6F4CE29549B22B4708224A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2">
    <w:name w:val="7041F98D97294F33B27DB409BE8E34F1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2">
    <w:name w:val="73AB6D1D873F4738BF61AE697637871D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2">
    <w:name w:val="520891A0A4C04E9D9F8A8F3644975CB1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2">
    <w:name w:val="C582574595EA444189787F4DFB8EE37F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2">
    <w:name w:val="55670920D67C4481B676B57D42BEF39B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CFB9C1AC9D4839ABCED80D73E5E1421">
    <w:name w:val="8BCFB9C1AC9D4839ABCED80D73E5E142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CA77B9B51824BC0B08E6A136990FE801">
    <w:name w:val="CCA77B9B51824BC0B08E6A136990FE80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55299D04524608BA2E32D58C412F831">
    <w:name w:val="9A55299D04524608BA2E32D58C412F83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8EE46B17194A198967536CF7F6B0361">
    <w:name w:val="3A8EE46B17194A198967536CF7F6B036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294CA3D5B540E08F82698A028B2D3A1">
    <w:name w:val="10294CA3D5B540E08F82698A028B2D3A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CDD2D7FA444FBBAA00E2A0357A7C102">
    <w:name w:val="EECDD2D7FA444FBBAA00E2A0357A7C10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C9A3804C604E4E8D8727B7E70C32042">
    <w:name w:val="E8C9A3804C604E4E8D8727B7E70C3204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08158E497E4FC2933B9F8CC25D2BFB2">
    <w:name w:val="0408158E497E4FC2933B9F8CC25D2BFB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F049B37CFC64B08BC7D484982C7CA6C2">
    <w:name w:val="8F049B37CFC64B08BC7D484982C7CA6C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42A77961A374E44A111E751E0343D662">
    <w:name w:val="C42A77961A374E44A111E751E0343D66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1EFD080CBC4484B89DC00054AC8EBA82">
    <w:name w:val="C1EFD080CBC4484B89DC00054AC8EBA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EC99F350054D298C24D0C2A5F706752">
    <w:name w:val="02EC99F350054D298C24D0C2A5F70675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5520007DE7402B83778B7917BAF3762">
    <w:name w:val="E75520007DE7402B83778B7917BAF376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3751614FA1B4F17BF063759594FB3A92">
    <w:name w:val="13751614FA1B4F17BF063759594FB3A9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7436BD6D72420DB9B2D9CA78B04E922">
    <w:name w:val="A97436BD6D72420DB9B2D9CA78B04E92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7C7C42B41D543269DB181611C7781372">
    <w:name w:val="F7C7C42B41D543269DB181611C778137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1CD5440252499BA86C8A6F63CB91702">
    <w:name w:val="5C1CD5440252499BA86C8A6F63CB9170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855D7F9BA7C4368B8BD51D73EBCECE32">
    <w:name w:val="7855D7F9BA7C4368B8BD51D73EBCECE3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4A737A19A34609A74D36CF92A611B82">
    <w:name w:val="524A737A19A34609A74D36CF92A611B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C5157422384474ACA5F89609A500F82">
    <w:name w:val="28C5157422384474ACA5F89609A500F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400A6D8081F4C7B8F02074AFCDCCF282">
    <w:name w:val="3400A6D8081F4C7B8F02074AFCDCCF2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A64BF46CFB54E30B2400DA28D9D0C972">
    <w:name w:val="4A64BF46CFB54E30B2400DA28D9D0C97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6434D49B2F4D9EAA987990248B418E2">
    <w:name w:val="E36434D49B2F4D9EAA987990248B418E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FBF4A0DBEE4ACD9D850457BB24FA0F1">
    <w:name w:val="2CFBF4A0DBEE4ACD9D850457BB24FA0F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91FE338EE244DC81FCB3133A8C7EA31">
    <w:name w:val="8991FE338EE244DC81FCB3133A8C7EA3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70B7AE5C4BC4E6A8219612CAB1B9C031">
    <w:name w:val="170B7AE5C4BC4E6A8219612CAB1B9C03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825B691617C4F1DA7F564436834FDD62">
    <w:name w:val="3825B691617C4F1DA7F564436834FDD6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CDAD6C1BE2460FB35579CB651C87B32">
    <w:name w:val="89CDAD6C1BE2460FB35579CB651C87B3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75D2079B13047BCBB15E06696C54F8C2">
    <w:name w:val="375D2079B13047BCBB15E06696C54F8C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DE5E35C57248F0A0AE80E9F76CBF7F2">
    <w:name w:val="90DE5E35C57248F0A0AE80E9F76CBF7F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73549376FD0485F8C7E6D4ED9A626832">
    <w:name w:val="573549376FD0485F8C7E6D4ED9A62683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80908EC9CDB466795FAEE640A67D36E2">
    <w:name w:val="880908EC9CDB466795FAEE640A67D36E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C6C4AEBF7B41AFB193F7D7AC8B5E391">
    <w:name w:val="D2C6C4AEBF7B41AFB193F7D7AC8B5E39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6B12B4C8CB41F0BF158B32F26B70391">
    <w:name w:val="A26B12B4C8CB41F0BF158B32F26B7039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64C370B4AF476EB8735BCFD3AC2A271">
    <w:name w:val="2064C370B4AF476EB8735BCFD3AC2A27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6021EA42E64535BB1819C78688F5711">
    <w:name w:val="966021EA42E64535BB1819C78688F571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75EB44F493F4126B09ED545717FC05E1">
    <w:name w:val="175EB44F493F4126B09ED545717FC05E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BBFE4E7AE0943D8BE78CE204FE6458E1">
    <w:name w:val="1BBFE4E7AE0943D8BE78CE204FE6458E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03124128F04B3B93884F0B05E4771A2">
    <w:name w:val="0A03124128F04B3B93884F0B05E4771A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2A43F350B2D4145AF67C834645564412">
    <w:name w:val="62A43F350B2D4145AF67C83464556441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1CA662154994606BAD2F2503FA0C6812">
    <w:name w:val="71CA662154994606BAD2F2503FA0C681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A274BE9C5B443D1A17726A70BA5BE882">
    <w:name w:val="1A274BE9C5B443D1A17726A70BA5BE8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85D69D22F3414FAD9887B991D529C12">
    <w:name w:val="A085D69D22F3414FAD9887B991D529C1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1A8EE97B386410C844936E28D4417C02">
    <w:name w:val="B1A8EE97B386410C844936E28D4417C0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787EC9F905348D79E92A3ABA4FFFD9E2">
    <w:name w:val="4787EC9F905348D79E92A3ABA4FFFD9E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EDBBDD355C841188200BD8B5ABE2DA32">
    <w:name w:val="CEDBBDD355C841188200BD8B5ABE2DA3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D8EF480CCC844ADA184B2E6B7C3B7852">
    <w:name w:val="AD8EF480CCC844ADA184B2E6B7C3B785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7B02EAE-A0D5-441C-B315-80A6238A37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10</Pages>
  <Words>1589</Words>
  <Characters>9062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9</cp:revision>
  <dcterms:created xsi:type="dcterms:W3CDTF">2026-08-25T11:20:00Z</dcterms:created>
  <dcterms:modified xsi:type="dcterms:W3CDTF">2026-09-10T11:34:00Z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